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06DF70" w14:textId="77777777" w:rsidR="00297E84" w:rsidRDefault="00297E84" w:rsidP="00297E84">
      <w:pPr>
        <w:widowControl w:val="0"/>
        <w:spacing w:after="0" w:line="240" w:lineRule="auto"/>
        <w:jc w:val="center"/>
      </w:pPr>
      <w:r>
        <w:rPr>
          <w:noProof/>
        </w:rPr>
        <w:drawing>
          <wp:anchor distT="0" distB="0" distL="114935" distR="114935" simplePos="0" relativeHeight="251708928" behindDoc="0" locked="0" layoutInCell="0" allowOverlap="1" wp14:anchorId="5651FB9C" wp14:editId="222E84B6">
            <wp:simplePos x="0" y="0"/>
            <wp:positionH relativeFrom="margin">
              <wp:align>center</wp:align>
            </wp:positionH>
            <wp:positionV relativeFrom="paragraph">
              <wp:posOffset>152400</wp:posOffset>
            </wp:positionV>
            <wp:extent cx="599440" cy="718820"/>
            <wp:effectExtent l="0" t="0" r="0" b="0"/>
            <wp:wrapTopAndBottom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440" cy="7188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sz w:val="24"/>
          <w:szCs w:val="24"/>
        </w:rPr>
        <w:t xml:space="preserve">ŠIAULIŲ R.  DUBYSOS AUKŠTUPIO </w:t>
      </w: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MOKYKLOS</w:t>
      </w:r>
    </w:p>
    <w:p w14:paraId="7FB682AE" w14:textId="77777777" w:rsidR="00297E84" w:rsidRDefault="00297E84" w:rsidP="00297E8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DIREKTORIUS</w:t>
      </w:r>
    </w:p>
    <w:p w14:paraId="17C059DB" w14:textId="77777777" w:rsidR="00297E84" w:rsidRDefault="00297E84" w:rsidP="00297E8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</w:p>
    <w:p w14:paraId="4943E353" w14:textId="77777777" w:rsidR="00297E84" w:rsidRDefault="00297E84" w:rsidP="00297E8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ĮSAKYMAS</w:t>
      </w:r>
    </w:p>
    <w:p w14:paraId="4C74CCE8" w14:textId="77777777" w:rsidR="00297E84" w:rsidRDefault="00297E84" w:rsidP="00297E84">
      <w:pPr>
        <w:widowControl w:val="0"/>
        <w:spacing w:after="0" w:line="240" w:lineRule="auto"/>
        <w:ind w:left="1134" w:hanging="992"/>
        <w:jc w:val="center"/>
        <w:rPr>
          <w:rFonts w:ascii="Times New Roman" w:eastAsia="Times New Roman" w:hAnsi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sz w:val="24"/>
          <w:szCs w:val="24"/>
          <w:lang w:eastAsia="ar-SA"/>
        </w:rPr>
        <w:t>DĖL ORGANIZACINĖS VALDYMO STRUKTŪROS TVIRTINIMO</w:t>
      </w:r>
    </w:p>
    <w:p w14:paraId="37E5AD62" w14:textId="77777777" w:rsidR="00297E84" w:rsidRDefault="00297E84" w:rsidP="00297E84">
      <w:pPr>
        <w:widowControl w:val="0"/>
        <w:spacing w:after="0" w:line="240" w:lineRule="auto"/>
        <w:jc w:val="center"/>
        <w:rPr>
          <w:rFonts w:ascii="Times New Roman" w:eastAsia="Lucida Sans Unicode" w:hAnsi="Times New Roman"/>
          <w:sz w:val="24"/>
          <w:szCs w:val="24"/>
        </w:rPr>
      </w:pPr>
    </w:p>
    <w:p w14:paraId="01395EEC" w14:textId="7E8BC607" w:rsidR="00297E84" w:rsidRPr="00A07874" w:rsidRDefault="00297E84" w:rsidP="00297E84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val="lt-LT" w:eastAsia="ar-SA"/>
        </w:rPr>
      </w:pPr>
      <w:r w:rsidRPr="00A07874">
        <w:rPr>
          <w:rFonts w:ascii="Times New Roman" w:eastAsia="Times New Roman" w:hAnsi="Times New Roman"/>
          <w:color w:val="000000"/>
          <w:sz w:val="24"/>
          <w:szCs w:val="24"/>
          <w:lang w:val="lt-LT" w:eastAsia="ar-SA"/>
        </w:rPr>
        <w:t xml:space="preserve">2026 m. rugpjūčio </w:t>
      </w:r>
      <w:r w:rsidR="001A6BA2">
        <w:rPr>
          <w:rFonts w:ascii="Times New Roman" w:eastAsia="Times New Roman" w:hAnsi="Times New Roman"/>
          <w:color w:val="000000"/>
          <w:sz w:val="24"/>
          <w:szCs w:val="24"/>
          <w:lang w:val="lt-LT" w:eastAsia="ar-SA"/>
        </w:rPr>
        <w:t>19</w:t>
      </w:r>
      <w:r w:rsidRPr="00A07874">
        <w:rPr>
          <w:rFonts w:ascii="Times New Roman" w:eastAsia="Times New Roman" w:hAnsi="Times New Roman"/>
          <w:color w:val="000000"/>
          <w:sz w:val="24"/>
          <w:szCs w:val="24"/>
          <w:lang w:val="lt-LT" w:eastAsia="ar-SA"/>
        </w:rPr>
        <w:t xml:space="preserve"> d. Nr. V-</w:t>
      </w:r>
      <w:r w:rsidR="001A6BA2">
        <w:rPr>
          <w:rFonts w:ascii="Times New Roman" w:eastAsia="Times New Roman" w:hAnsi="Times New Roman"/>
          <w:color w:val="000000"/>
          <w:sz w:val="24"/>
          <w:szCs w:val="24"/>
          <w:lang w:val="lt-LT" w:eastAsia="ar-SA"/>
        </w:rPr>
        <w:t xml:space="preserve">332 </w:t>
      </w:r>
      <w:r w:rsidRPr="00A07874">
        <w:rPr>
          <w:rFonts w:ascii="Times New Roman" w:eastAsia="Times New Roman" w:hAnsi="Times New Roman"/>
          <w:color w:val="000000"/>
          <w:sz w:val="24"/>
          <w:szCs w:val="24"/>
          <w:lang w:val="lt-LT" w:eastAsia="ar-SA"/>
        </w:rPr>
        <w:t>(1.2E)</w:t>
      </w:r>
    </w:p>
    <w:p w14:paraId="10FB40CE" w14:textId="77777777" w:rsidR="00297E84" w:rsidRPr="00A07874" w:rsidRDefault="00297E84" w:rsidP="00297E84">
      <w:pPr>
        <w:widowControl w:val="0"/>
        <w:spacing w:after="0" w:line="100" w:lineRule="atLeast"/>
        <w:jc w:val="center"/>
        <w:rPr>
          <w:rFonts w:ascii="Times New Roman" w:eastAsia="Times New Roman" w:hAnsi="Times New Roman"/>
          <w:color w:val="000000"/>
          <w:sz w:val="24"/>
          <w:szCs w:val="24"/>
          <w:lang w:val="lt-LT" w:eastAsia="ar-SA"/>
        </w:rPr>
      </w:pPr>
      <w:r w:rsidRPr="00A07874">
        <w:rPr>
          <w:rFonts w:ascii="Times New Roman" w:eastAsia="Times New Roman" w:hAnsi="Times New Roman"/>
          <w:color w:val="000000"/>
          <w:sz w:val="24"/>
          <w:szCs w:val="24"/>
          <w:lang w:val="lt-LT" w:eastAsia="ar-SA"/>
        </w:rPr>
        <w:t xml:space="preserve">Bubiai </w:t>
      </w:r>
    </w:p>
    <w:p w14:paraId="11F1D3BD" w14:textId="77777777" w:rsidR="00297E84" w:rsidRDefault="00297E84" w:rsidP="00297E8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ar-SA"/>
        </w:rPr>
        <w:t xml:space="preserve"> </w:t>
      </w:r>
    </w:p>
    <w:p w14:paraId="0554C1C8" w14:textId="77777777" w:rsidR="00297E84" w:rsidRPr="00A07874" w:rsidRDefault="00297E84" w:rsidP="00297E84">
      <w:pPr>
        <w:spacing w:after="0"/>
        <w:ind w:firstLine="851"/>
        <w:rPr>
          <w:rFonts w:ascii="Times New Roman" w:eastAsia="Times New Roman" w:hAnsi="Times New Roman"/>
          <w:sz w:val="24"/>
          <w:szCs w:val="24"/>
          <w:lang w:val="lt-LT" w:eastAsia="en-GB"/>
        </w:rPr>
      </w:pPr>
      <w:r w:rsidRPr="00A07874">
        <w:rPr>
          <w:rFonts w:ascii="Times New Roman" w:eastAsia="Times New Roman" w:hAnsi="Times New Roman"/>
          <w:sz w:val="24"/>
          <w:szCs w:val="24"/>
          <w:lang w:val="lt-LT" w:eastAsia="en-GB"/>
        </w:rPr>
        <w:t xml:space="preserve">Vadovaudamasis </w:t>
      </w:r>
      <w:r w:rsidRPr="00A07874">
        <w:rPr>
          <w:rFonts w:ascii="Times New Roman" w:eastAsia="Times New Roman" w:hAnsi="Times New Roman"/>
          <w:color w:val="000000" w:themeColor="text1"/>
          <w:sz w:val="24"/>
          <w:szCs w:val="24"/>
          <w:lang w:val="lt-LT" w:eastAsia="en-GB"/>
        </w:rPr>
        <w:t>Lietuvos Respublikos biudžetinių įstaigų</w:t>
      </w:r>
      <w:r w:rsidRPr="00A07874">
        <w:rPr>
          <w:rFonts w:ascii="Times New Roman" w:eastAsia="Times New Roman" w:hAnsi="Times New Roman"/>
          <w:color w:val="0D0D0D" w:themeColor="text1" w:themeTint="F2"/>
          <w:sz w:val="24"/>
          <w:szCs w:val="24"/>
          <w:lang w:val="lt-LT" w:eastAsia="en-GB"/>
        </w:rPr>
        <w:t xml:space="preserve"> įstatymo 9 straipsnio </w:t>
      </w:r>
      <w:r w:rsidRPr="00A07874">
        <w:rPr>
          <w:rFonts w:ascii="Times New Roman" w:eastAsia="Times New Roman" w:hAnsi="Times New Roman"/>
          <w:color w:val="000000" w:themeColor="text1"/>
          <w:sz w:val="24"/>
          <w:szCs w:val="24"/>
          <w:lang w:val="lt-LT" w:eastAsia="en-GB"/>
        </w:rPr>
        <w:t xml:space="preserve">2 dalies 4 </w:t>
      </w:r>
      <w:r w:rsidRPr="00A07874">
        <w:rPr>
          <w:rFonts w:ascii="Times New Roman" w:eastAsia="Times New Roman" w:hAnsi="Times New Roman"/>
          <w:color w:val="0D0D0D" w:themeColor="text1" w:themeTint="F2"/>
          <w:sz w:val="24"/>
          <w:szCs w:val="24"/>
          <w:lang w:val="lt-LT" w:eastAsia="en-GB"/>
        </w:rPr>
        <w:t>punktu, Šiaulių r. Dubysos aukštupio mokyklos nuostatais, patvirtintais Šiaulių rajono savivaldybės tarybos 2021 m. liepos 27 d. sprendimu Nr. T-232 „Šiaulių r. Dubysos aukštupio mokyklos nuostatų patvirtinimo“:  </w:t>
      </w:r>
      <w:bookmarkStart w:id="0" w:name="part_6298c8a5708e4a76838bef7502356a26"/>
      <w:bookmarkEnd w:id="0"/>
    </w:p>
    <w:p w14:paraId="1F9AD5C2" w14:textId="77777777" w:rsidR="00297E84" w:rsidRPr="00A07874" w:rsidRDefault="00297E84" w:rsidP="00297E84">
      <w:pPr>
        <w:pStyle w:val="Sraopastraipa"/>
        <w:numPr>
          <w:ilvl w:val="0"/>
          <w:numId w:val="13"/>
        </w:numPr>
        <w:tabs>
          <w:tab w:val="left" w:pos="1134"/>
        </w:tabs>
        <w:suppressAutoHyphens/>
        <w:spacing w:after="0"/>
        <w:ind w:left="0" w:firstLine="851"/>
        <w:jc w:val="both"/>
        <w:rPr>
          <w:rFonts w:ascii="Times New Roman" w:eastAsia="Times New Roman" w:hAnsi="Times New Roman"/>
          <w:sz w:val="24"/>
          <w:szCs w:val="24"/>
          <w:lang w:val="lt-LT" w:eastAsia="en-GB"/>
        </w:rPr>
      </w:pPr>
      <w:r w:rsidRPr="00A07874">
        <w:rPr>
          <w:rFonts w:ascii="Times New Roman" w:eastAsia="Times New Roman" w:hAnsi="Times New Roman"/>
          <w:spacing w:val="60"/>
          <w:sz w:val="24"/>
          <w:szCs w:val="24"/>
          <w:lang w:val="lt-LT" w:eastAsia="en-GB"/>
        </w:rPr>
        <w:t>Tvirtinu</w:t>
      </w:r>
      <w:r w:rsidRPr="00A07874">
        <w:rPr>
          <w:rFonts w:ascii="Times New Roman" w:eastAsia="Times New Roman" w:hAnsi="Times New Roman"/>
          <w:sz w:val="24"/>
          <w:szCs w:val="24"/>
          <w:lang w:val="lt-LT" w:eastAsia="en-GB"/>
        </w:rPr>
        <w:t xml:space="preserve"> Šiaulių r. Dubysos aukštupio mokyklos organizacinę valdymo struktūrą (pridedama)</w:t>
      </w:r>
      <w:r w:rsidRPr="00A07874">
        <w:rPr>
          <w:rFonts w:ascii="Times New Roman" w:eastAsia="Times New Roman" w:hAnsi="Times New Roman"/>
          <w:color w:val="000000"/>
          <w:sz w:val="24"/>
          <w:szCs w:val="24"/>
          <w:lang w:val="lt-LT" w:eastAsia="en-GB"/>
        </w:rPr>
        <w:t>.</w:t>
      </w:r>
    </w:p>
    <w:p w14:paraId="1207493C" w14:textId="77777777" w:rsidR="00297E84" w:rsidRPr="00A07874" w:rsidRDefault="00297E84" w:rsidP="00297E84">
      <w:pPr>
        <w:pStyle w:val="Sraopastraipa"/>
        <w:numPr>
          <w:ilvl w:val="0"/>
          <w:numId w:val="13"/>
        </w:numPr>
        <w:tabs>
          <w:tab w:val="left" w:pos="1134"/>
        </w:tabs>
        <w:spacing w:after="0"/>
        <w:ind w:left="0" w:firstLine="851"/>
        <w:jc w:val="both"/>
        <w:rPr>
          <w:rFonts w:ascii="Times New Roman" w:eastAsia="Times New Roman" w:hAnsi="Times New Roman"/>
          <w:color w:val="000000"/>
          <w:sz w:val="24"/>
          <w:szCs w:val="24"/>
          <w:lang w:val="lt-LT" w:eastAsia="lt-LT"/>
        </w:rPr>
      </w:pPr>
      <w:r w:rsidRPr="00A07874">
        <w:rPr>
          <w:rFonts w:ascii="Times New Roman" w:eastAsia="Times New Roman" w:hAnsi="Times New Roman"/>
          <w:sz w:val="24"/>
          <w:szCs w:val="24"/>
          <w:lang w:val="lt-LT" w:eastAsia="ar-SA"/>
        </w:rPr>
        <w:t xml:space="preserve">P r i p a ž į s t u netekusiu galios Šiaulių r. Dubysos aukštupio mokyklos direktoriaus </w:t>
      </w:r>
      <w:r w:rsidRPr="00A07874">
        <w:rPr>
          <w:rFonts w:ascii="Times New Roman" w:eastAsia="Times New Roman" w:hAnsi="Times New Roman"/>
          <w:color w:val="000000"/>
          <w:sz w:val="24"/>
          <w:szCs w:val="24"/>
          <w:lang w:val="lt-LT" w:eastAsia="lt-LT"/>
        </w:rPr>
        <w:t>2022 m. rugsėjo 12 d. įsakymą Nr. V-262 (1.2E) „Dėl organizacinės valdymo struktūros tvirtinimo“.</w:t>
      </w:r>
    </w:p>
    <w:p w14:paraId="3C914525" w14:textId="77777777" w:rsidR="00297E84" w:rsidRPr="00A07874" w:rsidRDefault="00297E84" w:rsidP="00297E84">
      <w:pPr>
        <w:pStyle w:val="Sraopastraipa"/>
        <w:spacing w:after="0" w:line="360" w:lineRule="auto"/>
        <w:ind w:left="851"/>
        <w:rPr>
          <w:rFonts w:ascii="Times New Roman" w:eastAsia="Times New Roman" w:hAnsi="Times New Roman"/>
          <w:sz w:val="24"/>
          <w:szCs w:val="24"/>
          <w:lang w:val="lt-LT" w:eastAsia="en-GB"/>
        </w:rPr>
      </w:pPr>
    </w:p>
    <w:p w14:paraId="2C16836F" w14:textId="77777777" w:rsidR="00297E84" w:rsidRDefault="00297E84" w:rsidP="00D42CBF">
      <w:pPr>
        <w:spacing w:after="0" w:line="240" w:lineRule="auto"/>
        <w:ind w:firstLine="851"/>
        <w:rPr>
          <w:rFonts w:ascii="Times New Roman" w:eastAsia="Times New Roman" w:hAnsi="Times New Roman"/>
          <w:color w:val="000000"/>
          <w:sz w:val="24"/>
          <w:szCs w:val="24"/>
        </w:rPr>
      </w:pPr>
    </w:p>
    <w:p w14:paraId="76BCF32A" w14:textId="77777777" w:rsidR="00297E84" w:rsidRDefault="00297E84" w:rsidP="00297E84">
      <w:pPr>
        <w:widowControl w:val="0"/>
        <w:spacing w:after="0" w:line="240" w:lineRule="auto"/>
        <w:rPr>
          <w:rFonts w:ascii="Times New Roman" w:eastAsia="Times New Roman" w:hAnsi="Times New Roman"/>
          <w:sz w:val="24"/>
          <w:szCs w:val="24"/>
          <w:lang w:eastAsia="ar-SA"/>
        </w:rPr>
      </w:pPr>
    </w:p>
    <w:p w14:paraId="49C99B27" w14:textId="1076A6E9" w:rsidR="00297E84" w:rsidRPr="00A07874" w:rsidRDefault="00297E84" w:rsidP="00297E84">
      <w:pPr>
        <w:spacing w:after="0" w:line="240" w:lineRule="auto"/>
        <w:rPr>
          <w:rFonts w:ascii="Times New Roman" w:hAnsi="Times New Roman"/>
          <w:sz w:val="24"/>
          <w:szCs w:val="24"/>
          <w:lang w:val="lt-LT"/>
        </w:rPr>
      </w:pPr>
      <w:r w:rsidRPr="00A07874">
        <w:rPr>
          <w:rFonts w:ascii="Times New Roman" w:hAnsi="Times New Roman"/>
          <w:sz w:val="24"/>
          <w:szCs w:val="24"/>
          <w:lang w:val="lt-LT"/>
        </w:rPr>
        <w:t>Direktorius</w:t>
      </w:r>
      <w:r w:rsidRPr="00A07874">
        <w:rPr>
          <w:rFonts w:ascii="Times New Roman" w:hAnsi="Times New Roman"/>
          <w:sz w:val="24"/>
          <w:szCs w:val="24"/>
          <w:lang w:val="lt-LT"/>
        </w:rPr>
        <w:tab/>
      </w:r>
      <w:r w:rsidRPr="00A07874">
        <w:rPr>
          <w:rFonts w:ascii="Times New Roman" w:hAnsi="Times New Roman"/>
          <w:sz w:val="24"/>
          <w:szCs w:val="24"/>
          <w:lang w:val="lt-LT"/>
        </w:rPr>
        <w:tab/>
      </w:r>
      <w:r w:rsidRPr="00A07874">
        <w:rPr>
          <w:rFonts w:ascii="Times New Roman" w:hAnsi="Times New Roman"/>
          <w:sz w:val="24"/>
          <w:szCs w:val="24"/>
          <w:lang w:val="lt-LT"/>
        </w:rPr>
        <w:tab/>
      </w:r>
      <w:r w:rsidRPr="00A07874">
        <w:rPr>
          <w:rFonts w:ascii="Times New Roman" w:hAnsi="Times New Roman"/>
          <w:sz w:val="24"/>
          <w:szCs w:val="24"/>
          <w:lang w:val="lt-LT"/>
        </w:rPr>
        <w:tab/>
      </w:r>
      <w:r w:rsidRPr="00A07874">
        <w:rPr>
          <w:rFonts w:ascii="Times New Roman" w:hAnsi="Times New Roman"/>
          <w:sz w:val="24"/>
          <w:szCs w:val="24"/>
          <w:lang w:val="lt-LT"/>
        </w:rPr>
        <w:tab/>
      </w:r>
      <w:r w:rsidRPr="00A07874">
        <w:rPr>
          <w:rFonts w:ascii="Times New Roman" w:hAnsi="Times New Roman"/>
          <w:sz w:val="24"/>
          <w:szCs w:val="24"/>
          <w:lang w:val="lt-LT"/>
        </w:rPr>
        <w:tab/>
      </w:r>
      <w:r w:rsidRPr="00A07874">
        <w:rPr>
          <w:rFonts w:ascii="Times New Roman" w:hAnsi="Times New Roman"/>
          <w:sz w:val="24"/>
          <w:szCs w:val="24"/>
          <w:lang w:val="lt-LT"/>
        </w:rPr>
        <w:tab/>
      </w:r>
      <w:r w:rsidRPr="00A07874">
        <w:rPr>
          <w:rFonts w:ascii="Times New Roman" w:hAnsi="Times New Roman"/>
          <w:sz w:val="24"/>
          <w:szCs w:val="24"/>
          <w:lang w:val="lt-LT"/>
        </w:rPr>
        <w:tab/>
      </w:r>
      <w:r w:rsidRPr="00A07874">
        <w:rPr>
          <w:rFonts w:ascii="Times New Roman" w:hAnsi="Times New Roman"/>
          <w:sz w:val="24"/>
          <w:szCs w:val="24"/>
          <w:lang w:val="lt-LT"/>
        </w:rPr>
        <w:tab/>
      </w:r>
      <w:r w:rsidRPr="00A07874">
        <w:rPr>
          <w:rFonts w:ascii="Times New Roman" w:hAnsi="Times New Roman"/>
          <w:sz w:val="24"/>
          <w:szCs w:val="24"/>
          <w:lang w:val="lt-LT"/>
        </w:rPr>
        <w:tab/>
      </w:r>
      <w:r w:rsidRPr="00A07874">
        <w:rPr>
          <w:rFonts w:ascii="Times New Roman" w:hAnsi="Times New Roman"/>
          <w:sz w:val="24"/>
          <w:szCs w:val="24"/>
          <w:lang w:val="lt-LT"/>
        </w:rPr>
        <w:tab/>
        <w:t xml:space="preserve">Vaidas </w:t>
      </w:r>
      <w:proofErr w:type="spellStart"/>
      <w:r w:rsidRPr="00A07874">
        <w:rPr>
          <w:rFonts w:ascii="Times New Roman" w:hAnsi="Times New Roman"/>
          <w:sz w:val="24"/>
          <w:szCs w:val="24"/>
          <w:lang w:val="lt-LT"/>
        </w:rPr>
        <w:t>Bacys</w:t>
      </w:r>
      <w:proofErr w:type="spellEnd"/>
    </w:p>
    <w:p w14:paraId="15F7389C" w14:textId="77777777" w:rsidR="00297E84" w:rsidRDefault="00297E84">
      <w:pPr>
        <w:rPr>
          <w:rFonts w:ascii="Times New Roman" w:hAnsi="Times New Roman" w:cs="Times New Roman"/>
          <w:b/>
          <w:color w:val="0A3769"/>
          <w:sz w:val="24"/>
          <w:szCs w:val="24"/>
        </w:rPr>
        <w:sectPr w:rsidR="00297E84" w:rsidSect="00D47FD9">
          <w:pgSz w:w="12240" w:h="20160" w:code="5"/>
          <w:pgMar w:top="1188" w:right="567" w:bottom="1134" w:left="1701" w:header="720" w:footer="720" w:gutter="0"/>
          <w:cols w:space="720"/>
          <w:docGrid w:linePitch="360"/>
        </w:sectPr>
      </w:pPr>
      <w:r>
        <w:rPr>
          <w:rFonts w:ascii="Times New Roman" w:hAnsi="Times New Roman" w:cs="Times New Roman"/>
          <w:b/>
          <w:color w:val="0A3769"/>
          <w:sz w:val="24"/>
          <w:szCs w:val="24"/>
        </w:rPr>
        <w:br w:type="page"/>
      </w:r>
    </w:p>
    <w:p w14:paraId="2DF94DCF" w14:textId="77777777" w:rsidR="00297E84" w:rsidRDefault="00297E84">
      <w:pPr>
        <w:rPr>
          <w:rFonts w:ascii="Times New Roman" w:hAnsi="Times New Roman" w:cs="Times New Roman"/>
          <w:b/>
          <w:color w:val="0A3769"/>
          <w:sz w:val="24"/>
          <w:szCs w:val="24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969"/>
        <w:gridCol w:w="11340"/>
        <w:gridCol w:w="6804"/>
      </w:tblGrid>
      <w:tr w:rsidR="00297E84" w14:paraId="691688B6" w14:textId="77777777" w:rsidTr="001A5A28"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BFAA600" w14:textId="77777777" w:rsidR="00297E84" w:rsidRDefault="00297E84" w:rsidP="001A5A28">
            <w:pPr>
              <w:spacing w:after="0" w:line="240" w:lineRule="auto"/>
            </w:pPr>
          </w:p>
        </w:tc>
        <w:tc>
          <w:tcPr>
            <w:tcW w:w="11340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9BF2465" w14:textId="77777777" w:rsidR="00297E84" w:rsidRDefault="00297E84" w:rsidP="001A5A28">
            <w:pPr>
              <w:spacing w:after="0" w:line="240" w:lineRule="auto"/>
              <w:jc w:val="center"/>
            </w:pPr>
          </w:p>
        </w:tc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E3FAB9" w14:textId="7424F584" w:rsidR="00297E84" w:rsidRPr="003C3839" w:rsidRDefault="00297E84" w:rsidP="001A5A28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3C3839"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t>PATVIRTINTA</w:t>
            </w:r>
            <w:r w:rsidRPr="003C3839"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br/>
            </w:r>
            <w:proofErr w:type="spellStart"/>
            <w:r w:rsidRPr="003C3839"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t>Šiaulių</w:t>
            </w:r>
            <w:proofErr w:type="spellEnd"/>
            <w:r w:rsidRPr="003C3839"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t xml:space="preserve"> r. </w:t>
            </w:r>
            <w:proofErr w:type="spellStart"/>
            <w:r w:rsidRPr="003C3839"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t>Dubysos</w:t>
            </w:r>
            <w:proofErr w:type="spellEnd"/>
            <w:r w:rsidRPr="003C3839"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t xml:space="preserve"> </w:t>
            </w:r>
            <w:proofErr w:type="spellStart"/>
            <w:r w:rsidRPr="003C3839"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t>aukštupio</w:t>
            </w:r>
            <w:proofErr w:type="spellEnd"/>
            <w:r w:rsidRPr="003C3839"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t xml:space="preserve"> </w:t>
            </w:r>
            <w:proofErr w:type="spellStart"/>
            <w:r w:rsidRPr="003C3839"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t>mokyklos</w:t>
            </w:r>
            <w:proofErr w:type="spellEnd"/>
            <w:r w:rsidRPr="003C3839"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t xml:space="preserve"> </w:t>
            </w:r>
            <w:proofErr w:type="spellStart"/>
            <w:r w:rsidRPr="003C3839"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t>direktoriaus</w:t>
            </w:r>
            <w:proofErr w:type="spellEnd"/>
            <w:r w:rsidRPr="003C3839"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br/>
              <w:t xml:space="preserve">2026 m. </w:t>
            </w:r>
            <w:proofErr w:type="spellStart"/>
            <w:r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t>rugpjūčio</w:t>
            </w:r>
            <w:proofErr w:type="spellEnd"/>
            <w:r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t xml:space="preserve"> </w:t>
            </w:r>
            <w:r w:rsidR="001A6BA2"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t>18</w:t>
            </w:r>
            <w:r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t xml:space="preserve"> </w:t>
            </w:r>
            <w:r w:rsidRPr="003C3839"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t xml:space="preserve">d. </w:t>
            </w:r>
            <w:proofErr w:type="spellStart"/>
            <w:r w:rsidRPr="003C3839"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t>įsakymu</w:t>
            </w:r>
            <w:proofErr w:type="spellEnd"/>
            <w:r w:rsidRPr="003C3839"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t xml:space="preserve"> Nr. </w:t>
            </w:r>
            <w:r w:rsidR="001A6BA2">
              <w:rPr>
                <w:rFonts w:ascii="Times New Roman" w:hAnsi="Times New Roman" w:cs="Times New Roman"/>
                <w:color w:val="1F2D3D"/>
                <w:sz w:val="24"/>
                <w:szCs w:val="24"/>
              </w:rPr>
              <w:t>V-332</w:t>
            </w:r>
          </w:p>
        </w:tc>
      </w:tr>
    </w:tbl>
    <w:p w14:paraId="768D32B0" w14:textId="77777777" w:rsidR="00297E84" w:rsidRDefault="00297E84" w:rsidP="00297E84">
      <w:pPr>
        <w:tabs>
          <w:tab w:val="left" w:pos="5387"/>
        </w:tabs>
        <w:spacing w:before="20" w:after="40"/>
        <w:ind w:left="6237" w:hanging="6663"/>
        <w:jc w:val="center"/>
        <w:rPr>
          <w:rFonts w:ascii="Times New Roman" w:hAnsi="Times New Roman" w:cs="Times New Roman"/>
          <w:b/>
          <w:color w:val="0A3769"/>
          <w:sz w:val="24"/>
          <w:szCs w:val="24"/>
        </w:rPr>
      </w:pPr>
      <w:r w:rsidRPr="003C3839">
        <w:rPr>
          <w:rFonts w:ascii="Times New Roman" w:hAnsi="Times New Roman" w:cs="Times New Roman"/>
          <w:b/>
          <w:color w:val="0A3769"/>
          <w:sz w:val="24"/>
          <w:szCs w:val="24"/>
        </w:rPr>
        <w:t>ŠIAULIŲ R. DUBYSOS AUKŠTUPIO MOKYKLOS</w:t>
      </w:r>
    </w:p>
    <w:p w14:paraId="17472274" w14:textId="7285CBE4" w:rsidR="00BC3D46" w:rsidRPr="00297E84" w:rsidRDefault="00297E84" w:rsidP="00297E84">
      <w:pPr>
        <w:tabs>
          <w:tab w:val="left" w:pos="5387"/>
        </w:tabs>
        <w:spacing w:before="20" w:after="40"/>
        <w:ind w:left="6237" w:hanging="6663"/>
        <w:jc w:val="center"/>
        <w:rPr>
          <w:rFonts w:ascii="Times New Roman" w:hAnsi="Times New Roman" w:cs="Times New Roman"/>
          <w:b/>
          <w:color w:val="0A3769"/>
          <w:sz w:val="24"/>
          <w:szCs w:val="24"/>
        </w:rPr>
      </w:pPr>
      <w:r w:rsidRPr="003C3839">
        <w:rPr>
          <w:rFonts w:ascii="Times New Roman" w:hAnsi="Times New Roman" w:cs="Times New Roman"/>
          <w:b/>
          <w:color w:val="0A3769"/>
          <w:sz w:val="24"/>
          <w:szCs w:val="24"/>
        </w:rPr>
        <w:t>ORGANIZACINĖ VALDYMO STRUKTŪRA</w:t>
      </w:r>
    </w:p>
    <w:tbl>
      <w:tblPr>
        <w:tblpPr w:leftFromText="180" w:rightFromText="180" w:vertAnchor="text" w:horzAnchor="page" w:tblpX="3496" w:tblpY="3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251"/>
        <w:gridCol w:w="3402"/>
        <w:gridCol w:w="3118"/>
        <w:gridCol w:w="3412"/>
      </w:tblGrid>
      <w:tr w:rsidR="00BC3D46" w:rsidRPr="003C3839" w14:paraId="023F4B2F" w14:textId="77777777" w:rsidTr="00532A36">
        <w:tc>
          <w:tcPr>
            <w:tcW w:w="13183" w:type="dxa"/>
            <w:gridSpan w:val="4"/>
            <w:tcBorders>
              <w:top w:val="single" w:sz="8" w:space="0" w:color="0B3B73"/>
              <w:left w:val="single" w:sz="8" w:space="0" w:color="0B3B73"/>
              <w:bottom w:val="single" w:sz="4" w:space="0" w:color="auto"/>
              <w:right w:val="single" w:sz="8" w:space="0" w:color="0B3B73"/>
            </w:tcBorders>
            <w:shd w:val="clear" w:color="auto" w:fill="0B3B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051EEB5" w14:textId="4DA7D0CE" w:rsidR="00BC3D46" w:rsidRPr="003C3839" w:rsidRDefault="00000000" w:rsidP="00532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839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MOKYKLOS SAVIVALDA</w:t>
            </w:r>
          </w:p>
        </w:tc>
      </w:tr>
      <w:tr w:rsidR="00BC3D46" w:rsidRPr="009A4C86" w14:paraId="45A7DCA0" w14:textId="77777777" w:rsidTr="00297E84">
        <w:trPr>
          <w:trHeight w:val="450"/>
        </w:trPr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133EABE" w14:textId="485E15BF" w:rsidR="00BC3D46" w:rsidRPr="009A4C86" w:rsidRDefault="008E593F" w:rsidP="00532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A4C86">
              <w:rPr>
                <w:rFonts w:ascii="Times New Roman" w:hAnsi="Times New Roman" w:cs="Times New Roman"/>
                <w:b/>
                <w:color w:val="1F2D3D"/>
                <w:sz w:val="24"/>
                <w:szCs w:val="24"/>
                <w:lang w:val="lt-LT"/>
              </w:rPr>
              <w:t xml:space="preserve">  Mokyklos taryba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C15C5B" w14:textId="77777777" w:rsidR="00BC3D46" w:rsidRPr="009A4C86" w:rsidRDefault="00000000" w:rsidP="00532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A4C86">
              <w:rPr>
                <w:rFonts w:ascii="Times New Roman" w:hAnsi="Times New Roman" w:cs="Times New Roman"/>
                <w:b/>
                <w:color w:val="1F2D3D"/>
                <w:sz w:val="24"/>
                <w:szCs w:val="24"/>
                <w:lang w:val="lt-LT"/>
              </w:rPr>
              <w:t>Mokytojų taryba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00FE07" w14:textId="77777777" w:rsidR="00BC3D46" w:rsidRPr="009A4C86" w:rsidRDefault="00000000" w:rsidP="00532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A4C86">
              <w:rPr>
                <w:rFonts w:ascii="Times New Roman" w:hAnsi="Times New Roman" w:cs="Times New Roman"/>
                <w:b/>
                <w:color w:val="1F2D3D"/>
                <w:sz w:val="24"/>
                <w:szCs w:val="24"/>
                <w:lang w:val="lt-LT"/>
              </w:rPr>
              <w:t>Tėvų taryba</w:t>
            </w:r>
          </w:p>
        </w:tc>
        <w:tc>
          <w:tcPr>
            <w:tcW w:w="34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91E2CC1" w14:textId="656A3501" w:rsidR="00BC3D46" w:rsidRPr="009A4C86" w:rsidRDefault="00000000" w:rsidP="00532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9A4C86">
              <w:rPr>
                <w:rFonts w:ascii="Times New Roman" w:hAnsi="Times New Roman" w:cs="Times New Roman"/>
                <w:b/>
                <w:color w:val="1F2D3D"/>
                <w:sz w:val="24"/>
                <w:szCs w:val="24"/>
                <w:lang w:val="lt-LT"/>
              </w:rPr>
              <w:t>Mokinių taryba</w:t>
            </w:r>
          </w:p>
        </w:tc>
      </w:tr>
    </w:tbl>
    <w:tbl>
      <w:tblPr>
        <w:tblpPr w:leftFromText="180" w:rightFromText="180" w:vertAnchor="text" w:horzAnchor="page" w:tblpX="16936" w:tblpY="27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3392"/>
      </w:tblGrid>
      <w:tr w:rsidR="005B1E19" w:rsidRPr="003C3839" w14:paraId="03BB60AC" w14:textId="77777777" w:rsidTr="005B1E19">
        <w:tc>
          <w:tcPr>
            <w:tcW w:w="3392" w:type="dxa"/>
            <w:tcBorders>
              <w:top w:val="single" w:sz="8" w:space="0" w:color="0B3B73"/>
              <w:left w:val="single" w:sz="8" w:space="0" w:color="0B3B73"/>
              <w:bottom w:val="single" w:sz="4" w:space="0" w:color="auto"/>
              <w:right w:val="single" w:sz="8" w:space="0" w:color="0B3B73"/>
            </w:tcBorders>
            <w:shd w:val="clear" w:color="auto" w:fill="0B3B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B890CC2" w14:textId="2837A6CC" w:rsidR="005B1E19" w:rsidRPr="003C3839" w:rsidRDefault="005B1E19" w:rsidP="005B1E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DARBUOTOJŲ ATSTOVAI</w:t>
            </w:r>
          </w:p>
        </w:tc>
      </w:tr>
      <w:tr w:rsidR="005B1E19" w:rsidRPr="009A4C86" w14:paraId="11178FF1" w14:textId="77777777" w:rsidTr="005B1E19">
        <w:trPr>
          <w:trHeight w:val="450"/>
        </w:trPr>
        <w:tc>
          <w:tcPr>
            <w:tcW w:w="3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785311" w14:textId="77777777" w:rsidR="005B1E19" w:rsidRPr="005B1E19" w:rsidRDefault="005B1E19" w:rsidP="005B1E1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lt-LT"/>
              </w:rPr>
            </w:pPr>
            <w:r w:rsidRPr="005B1E19">
              <w:rPr>
                <w:rFonts w:ascii="Times New Roman" w:hAnsi="Times New Roman" w:cs="Times New Roman"/>
                <w:b/>
                <w:bCs/>
                <w:color w:val="0F243E" w:themeColor="text2" w:themeShade="80"/>
                <w:sz w:val="24"/>
                <w:szCs w:val="24"/>
                <w:lang w:val="lt-LT"/>
              </w:rPr>
              <w:t>Darbo taryba</w:t>
            </w:r>
          </w:p>
        </w:tc>
      </w:tr>
    </w:tbl>
    <w:p w14:paraId="1E10479F" w14:textId="77777777" w:rsidR="008E593F" w:rsidRDefault="008E593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E8AC4DF" w14:textId="34640137" w:rsidR="008E593F" w:rsidRDefault="005B1E19" w:rsidP="008E593F">
      <w:pPr>
        <w:tabs>
          <w:tab w:val="left" w:pos="29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4832" behindDoc="0" locked="0" layoutInCell="1" allowOverlap="1" wp14:anchorId="051AAE0B" wp14:editId="740FD1C9">
                <wp:simplePos x="0" y="0"/>
                <wp:positionH relativeFrom="column">
                  <wp:posOffset>12941935</wp:posOffset>
                </wp:positionH>
                <wp:positionV relativeFrom="paragraph">
                  <wp:posOffset>138430</wp:posOffset>
                </wp:positionV>
                <wp:extent cx="0" cy="838200"/>
                <wp:effectExtent l="0" t="0" r="38100" b="19050"/>
                <wp:wrapNone/>
                <wp:docPr id="1433833761" name="Tiesioji jungtis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3820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09CA9ECB" id="Tiesioji jungtis 34" o:spid="_x0000_s1026" style="position:absolute;z-index:25170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019.05pt,10.9pt" to="1019.05pt,76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mP5+MAAIAAIEEAAAOAAAAZHJzL2Uyb0RvYy54bWysVMlu2zAQvRfoPxC817JTtHAFyznESS9F G3T5gDE5lAhwA8lY8t93SHnpcmmKXCiKmjec9+aNNreTNeyAMWnvOr5aLDlDJ7zUru/4j+8Pb9ac pQxOgvEOO37ExG+3r19txtDijR+8kRgZJXGpHUPHh5xD2zRJDGghLXxARx+VjxYyvca+kRFGym5N c7Ncvm9GH2WIXmBKdLqbP/Jtza8UivxFqYSZmY5Tbbmusa77sjbbDbR9hDBocSoD/qMKC9rRpZdU O8jAnqL+K5XVIvrkVV4IbxuvlBZYORCb1fIPNt8GCFi5kDgpXGRKL5dWfD7cucdIMowhtSk8xsJi UtGWJ9XHpirW8SIWTpmJ+VDQ6frtmvpQdGyuuBBT/ojesrLpuNGu0IAWDp9SnkPPIeXYODaSeT4s 31GLBJANlIFMWxtkx5PrOQPTk79EjjVP8kbLB21MQVev4J2J7ADUZRACXV6dKvotsty5gzTMgZJ2 c/+jf3KyOmFAkPdOsnwMZFZHluWlNIuSM4NUQdnVyAza/EskqWIciXOVt+7y0eBM/SsqpmUVdGYT +30hM5uUpog0OVu1JiNACVRE/5nYE6Sgsc7GM/EXUL3fu3zBW+38qTVlcq/dyNO5E2qOP0sxC1C0 2Ht5rA6sGpHPq5VOM1kG6df3Cr/+ObY/AQAA//8DAFBLAwQUAAYACAAAACEA7Aj4f90AAAAMAQAA DwAAAGRycy9kb3ducmV2LnhtbEyPQUvDQBCF74L/YRnBm92kxRJiNqWKuQQvacXzNLtmQ7OzIbtt 4r93BEFvM/M+3rxX7BY3iKuZQu9JQbpKQBhqve6pU/B+rB4yECEiaRw8GQVfJsCuvL0pMNd+psZc D7ETbEIhRwU2xjGXMrTWOAwrPxpi7dNPDiOvUyf1hDObu0Guk2QrHfbEHyyO5sWa9ny4OAVNfcaP aju47q2qn1+x2Te1nZW6v1v2TyCiWeIfDD/xOTqUnOnkL6SDGBSsk02WMstTyh2Y+L2cmH3cZCDL Qv4vUX4DAAD//wMAUEsBAi0AFAAGAAgAAAAhALaDOJL+AAAA4QEAABMAAAAAAAAAAAAAAAAAAAAA AFtDb250ZW50X1R5cGVzXS54bWxQSwECLQAUAAYACAAAACEAOP0h/9YAAACUAQAACwAAAAAAAAAA AAAAAAAvAQAAX3JlbHMvLnJlbHNQSwECLQAUAAYACAAAACEA5j+fjAACAACBBAAADgAAAAAAAAAA AAAAAAAuAgAAZHJzL2Uyb0RvYy54bWxQSwECLQAUAAYACAAAACEA7Aj4f90AAAAMAQAADwAAAAAA AAAAAAAAAABaBAAAZHJzL2Rvd25yZXYueG1sUEsFBgAAAAAEAAQA8wAAAGQFAAAAAA== " strokecolor="#4f81bd [3204]" strokeweight="1.5pt">
                <v:stroke dashstyle="dash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6880" behindDoc="0" locked="0" layoutInCell="1" allowOverlap="1" wp14:anchorId="59407037" wp14:editId="45CA401E">
                <wp:simplePos x="0" y="0"/>
                <wp:positionH relativeFrom="column">
                  <wp:posOffset>12722860</wp:posOffset>
                </wp:positionH>
                <wp:positionV relativeFrom="paragraph">
                  <wp:posOffset>100330</wp:posOffset>
                </wp:positionV>
                <wp:extent cx="219075" cy="0"/>
                <wp:effectExtent l="0" t="0" r="0" b="0"/>
                <wp:wrapNone/>
                <wp:docPr id="1829804861" name="Tiesioji jungtis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19075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F258DBD" id="Tiesioji jungtis 37" o:spid="_x0000_s1026" style="position:absolute;flip:x;z-index:251706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01.8pt,7.9pt" to="1019.05pt,7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FSwSfCgIAAIsEAAAOAAAAZHJzL2Uyb0RvYy54bWysVMlu2zAQvRfoPxC815INpG0EyznETXso 2qDLB4zJoUSAG0jGsv++Q8pLl0tT9EKMyNnemzda3x2sYXuMSXvX8+Wi5Qyd8FK7oeffvz28estZ yuAkGO+w50dM/G7z8sV6Ch2u/OiNxMgoiUvdFHo+5hy6pkliRAtp4QM6elQ+Wsj0GYdGRpgouzXN qm1fN5OPMkQvMCW63c6PfFPzK4Uif1YqYWam59Rbrmes566czWYN3RAhjFqc2oB/6MKCdlT0kmoL GdhT1H+kslpEn7zKC+Ft45XSAisGQrNsf0PzdYSAFQuRk8KFpvT/0opP+3v3GImGKaQuhcdYUBxU tEwZHT7QTCsu6pQdKm3HC214yEzQ5Wp527654Uycn5o5Q8kUYsrv0VtWjJ4b7Qog6GD/MWWqSq5n l3JtHJuo5G17Q8MSQIJQBjKZNsieJzdwBmYgpYkca57kjZYP2pgSXVWD9yayPdC8QQh0eVlmTGV+ 8Sw1t5DG2VGSNSsh+icnqyZGBPnOSZaPgWTrSLy8tGZRcmaQOihW9cygzd94Ug/GUStXoquVjwZn 6F9QMS0ryzOaOOwKmFmutE/EyVm0NRkFFEdF8J8Zewop0Vi35Jnxl6Ba37t8ibfa+dNoyg5fp5EP 50mo2f9MxUxA4WLn5bFqsXJEiq+DO21nWamfv2v49R+y+QEAAP//AwBQSwMEFAAGAAgAAAAhANsc SjvfAAAACwEAAA8AAABkcnMvZG93bnJldi54bWxMj81qwzAQhO+FvoPYQm+N7ISE4FgOJfQXmkDd QK6KtbFNrZWxZMd5+27poTnuzMfsTLoebSMG7HztSEE8iUAgFc7UVCrYfz0/LEH4oMnoxhEquKCH dXZ7k+rEuDN94pCHUnAI+UQrqEJoEyl9UaHVfuJaJPZOrrM68NmV0nT6zOG2kdMoWkira+IPlW5x U2HxnfdWwdMQF6/9y4epd3ObH+T24t/eN0rd342PKxABx/APw299rg4Zdzq6nowXjQJOny2YZWfO G5iYRrNlDOL4p8gsldcbsh8AAAD//wMAUEsBAi0AFAAGAAgAAAAhALaDOJL+AAAA4QEAABMAAAAA AAAAAAAAAAAAAAAAAFtDb250ZW50X1R5cGVzXS54bWxQSwECLQAUAAYACAAAACEAOP0h/9YAAACU AQAACwAAAAAAAAAAAAAAAAAvAQAAX3JlbHMvLnJlbHNQSwECLQAUAAYACAAAACEAhUsEnwoCAACL BAAADgAAAAAAAAAAAAAAAAAuAgAAZHJzL2Uyb0RvYy54bWxQSwECLQAUAAYACAAAACEA2xxKO98A AAALAQAADwAAAAAAAAAAAAAAAABkBAAAZHJzL2Rvd25yZXYueG1sUEsFBgAAAAAEAAQA8wAAAHAF AAAAAA== " strokecolor="#4f81bd [3204]" strokeweight="1.5pt">
                <v:stroke dashstyle="dash"/>
              </v:lin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1760" behindDoc="0" locked="0" layoutInCell="1" allowOverlap="1" wp14:anchorId="47DB478E" wp14:editId="7D9ED819">
                <wp:simplePos x="0" y="0"/>
                <wp:positionH relativeFrom="column">
                  <wp:posOffset>1692910</wp:posOffset>
                </wp:positionH>
                <wp:positionV relativeFrom="paragraph">
                  <wp:posOffset>90805</wp:posOffset>
                </wp:positionV>
                <wp:extent cx="0" cy="885825"/>
                <wp:effectExtent l="0" t="0" r="38100" b="28575"/>
                <wp:wrapNone/>
                <wp:docPr id="1191119072" name="Tiesioji jungtis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85825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F446741" id="Tiesioji jungtis 31" o:spid="_x0000_s1026" style="position:absolute;z-index:2517017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33.3pt,7.15pt" to="133.3pt,76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qvc19AQIAAIEEAAAOAAAAZHJzL2Uyb0RvYy54bWysVMtu2zAQvBfoPxC817INuHAFyznESS9F G/TxAWtyKRHgCyRj2X/fJeVH2l6aoheKonaWO7Oz2twdrWEHjEl71/HFbM4ZOuGldn3Hf3x/fLfm LGVwEox32PETJn63fftmM4YWl37wRmJklMSldgwdH3IObdMkMaCFNPMBHX1UPlrI9Br7RkYYKbs1 zXI+f9+MPsoQvcCU6HQ3feTbml8pFPmLUgkzMx2n2nJdY133ZW22G2j7CGHQ4lwG/EMVFrSjS6+p dpCBPUf9RyqrRfTJqzwT3jZeKS2wciA2i/lvbL4NELByIXFSuMqU/l9a8flw754iyTCG1KbwFAuL o4q2PKk+dqxina5i4TEzMR0KOl2vV+vlqujY3HAhpvwRvWVl03GjXaEBLRw+pTyFXkLKsXFsJPN8 mK+oRQLIBspApq0NsuPJ9ZyB6clfIseaJ3mj5aM2pqCrV/DeRHYA6jIIgS4vzhX9Elnu3EEapkBJ u6n/0T87WZ0wIMgHJ1k+BTKrI8vyUppFyZlBqqDsamQGbf4mklQxjsS5yVt3+WRwov4VFdOyCjqx if2+kJlMSlNEmlysWpMRoAQqov9K7BlS0Fhn45X4K6je712+4q12/tyaMrm3buTjpRNqir9IMQlQ tNh7eaoOrBqRz6uVzjNZBunle4Xf/hzbnwAAAP//AwBQSwMEFAAGAAgAAAAhAJroGWLcAAAACgEA AA8AAABkcnMvZG93bnJldi54bWxMj81OwzAQhO9IvIO1SNyo0xasKsSpCiKXiEsK4ryN3Tiqf6LY bcLbs4gDPe7Mp9mZYjs7yy56jH3wEpaLDJj2bVC97yR8flQPG2AxoVdog9cSvnWEbXl7U2CuwuQb fdmnjlGIjzlKMCkNOeexNdphXIRBe/KOYXSY6Bw7rkacKNxZvsoywR32nj4YHPSr0e1pf3YSmvqE X5Wwrnuv6pc3bHZNbSYp7+/m3TOwpOf0D8NvfaoOJXU6hLNXkVkJKyEEoWQ8roER8CccSHhab4CX Bb+eUP4AAAD//wMAUEsBAi0AFAAGAAgAAAAhALaDOJL+AAAA4QEAABMAAAAAAAAAAAAAAAAAAAAA AFtDb250ZW50X1R5cGVzXS54bWxQSwECLQAUAAYACAAAACEAOP0h/9YAAACUAQAACwAAAAAAAAAA AAAAAAAvAQAAX3JlbHMvLnJlbHNQSwECLQAUAAYACAAAACEA6r3NfQECAACBBAAADgAAAAAAAAAA AAAAAAAuAgAAZHJzL2Uyb0RvYy54bWxQSwECLQAUAAYACAAAACEAmugZYtwAAAAKAQAADwAAAAAA AAAAAAAAAABbBAAAZHJzL2Rvd25yZXYueG1sUEsFBgAAAAAEAAQA8wAAAGQFAAAAAA== " strokecolor="#4f81bd [3204]" strokeweight="1.5pt">
                <v:stroke dashstyle="dash"/>
              </v:line>
            </w:pict>
          </mc:Fallback>
        </mc:AlternateContent>
      </w:r>
      <w:r w:rsidR="00532A36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00736" behindDoc="0" locked="0" layoutInCell="1" allowOverlap="1" wp14:anchorId="6391B587" wp14:editId="3F965790">
                <wp:simplePos x="0" y="0"/>
                <wp:positionH relativeFrom="column">
                  <wp:posOffset>1692910</wp:posOffset>
                </wp:positionH>
                <wp:positionV relativeFrom="paragraph">
                  <wp:posOffset>90805</wp:posOffset>
                </wp:positionV>
                <wp:extent cx="238125" cy="0"/>
                <wp:effectExtent l="0" t="0" r="0" b="0"/>
                <wp:wrapNone/>
                <wp:docPr id="94706599" name="Tiesioji jungtis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38125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13F63AF" id="Tiesioji jungtis 30" o:spid="_x0000_s1026" style="position:absolute;flip:x;z-index: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3pt,7.15pt" to="152.05pt,7.1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31MGmCwIAAIsEAAAOAAAAZHJzL2Uyb0RvYy54bWysVMlu2zAQvRfoPxC817JdpEgFyznETXso 2qDLB4zJoUSAG0jGsv++Q8qWu1yaohdiRM723rzR5u5oDTtgTNq7jq8WS87QCS+16zv+/dvDq1vO UgYnwXiHHT9h4nfbly82Y2hx7QdvJEZGSVxqx9DxIefQNk0SA1pICx/Q0aPy0UKmz9g3MsJI2a1p 1svlm2b0UYboBaZEt7vpkW9rfqVQ5M9KJczMdJx6y/WM9dyXs9luoO0jhEGLcxvwD11Y0I6Kzql2 kIE9Rf1HKqtF9MmrvBDeNl4pLbBiIDSr5W9ovg4QsGIhclKYaUr/L634dLh3j5FoGENqU3iMBcVR RcuU0eEDzbTiok7ZsdJ2mmnDY2aCLtevb1frG87E5amZMpRMIab8Hr1lxei40a4AghYOH1OmquR6 cSnXxrGRSr5d3tCwBJAglIFMpg2y48n1nIHpSWkix5oneaPlgzamRFfV4L2J7AA0bxACXV6VGVOZ XzxLzR2kYXKUZE1KiP7JyaqJAUG+c5LlUyDZOhIvL61ZlJwZpA6KVT0zaPM3ntSDcdTKlehq5ZPB CfoXVEzLyvKEJvb7AmaSK+0TcXIRbU1GAcVREfxnxp5DSjTWLXlm/BxU63uX53irnT+PpuzwdRr5 eJmEmvwvVEwEFC72Xp6qFitHpPg6uPN2lpX6+buGX/8h2x8AAAD//wMAUEsDBBQABgAIAAAAIQAU rtNT3gAAAAkBAAAPAAAAZHJzL2Rvd25yZXYueG1sTI9NS8NAEIbvgv9hGcGb3aStQdJsihQ/oRWM gtdtdpoEs7Mhu0nTf++Ih3qceR/eeSZbT7YVI/a+caQgnkUgkEpnGqoUfH483tyB8EGT0a0jVHBC D+v88iLTqXFHesexCJXgEvKpVlCH0KVS+rJGq/3MdUicHVxvdeCxr6Tp9ZHLbSvnUZRIqxviC7Xu cFNj+V0MVsHDGJfPw9PWNG+3tviSu5N/ed0odX013a9ABJzCGYZffVaHnJ32biDjRatgniQJoxws FyAYWETLGMT+byHzTP7/IP8BAAD//wMAUEsBAi0AFAAGAAgAAAAhALaDOJL+AAAA4QEAABMAAAAA AAAAAAAAAAAAAAAAAFtDb250ZW50X1R5cGVzXS54bWxQSwECLQAUAAYACAAAACEAOP0h/9YAAACU AQAACwAAAAAAAAAAAAAAAAAvAQAAX3JlbHMvLnJlbHNQSwECLQAUAAYACAAAACEAN9TBpgsCAACL BAAADgAAAAAAAAAAAAAAAAAuAgAAZHJzL2Uyb0RvYy54bWxQSwECLQAUAAYACAAAACEAFK7TU94A AAAJAQAADwAAAAAAAAAAAAAAAABlBAAAZHJzL2Rvd25yZXYueG1sUEsFBgAAAAAEAAQA8wAAAHAF AAAAAA== " strokecolor="#4f81bd [3204]" strokeweight="1.5pt">
                <v:stroke dashstyle="dash"/>
              </v:line>
            </w:pict>
          </mc:Fallback>
        </mc:AlternateContent>
      </w:r>
      <w:r w:rsidR="008E593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C5D4D0C" wp14:editId="3C92DC10">
                <wp:simplePos x="0" y="0"/>
                <wp:positionH relativeFrom="column">
                  <wp:posOffset>-11130280</wp:posOffset>
                </wp:positionH>
                <wp:positionV relativeFrom="paragraph">
                  <wp:posOffset>87629</wp:posOffset>
                </wp:positionV>
                <wp:extent cx="0" cy="1000125"/>
                <wp:effectExtent l="0" t="0" r="38100" b="28575"/>
                <wp:wrapNone/>
                <wp:docPr id="2049121303" name="Tiesioji jungtis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00125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13412163" id="Tiesioji jungtis 25" o:spid="_x0000_s1026" style="position:absolute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76.4pt,6.9pt" to="-876.4pt,85.6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1AkdbAQIAAIIEAAAOAAAAZHJzL2Uyb0RvYy54bWysVMtu2zAQvBfoPxC815INpGgFyznESS9F G7TNB6zJpUSAL5CMZf99l5QffVyaIhdqRe0sd4azWt8erGF7jEl71/PlouUMnfBSu6HnTz8e3n3g LGVwEox32PMjJn67eftmPYUOV370RmJkVMSlbgo9H3MOXdMkMaKFtPABHX1UPlrI9BqHRkaYqLo1 zapt3zeTjzJELzAl2t3OH/mm1lcKRf6qVMLMTM+pt1zXWNddWZvNGrohQhi1OLUB/9GFBe3o0Eup LWRgz1H/VcpqEX3yKi+Et41XSgusHIjNsv2DzfcRAlYuJE4KF5nS65UVX/Z37jGSDFNIXQqPsbA4 qGjLk/pjhyrW8SIWHjIT86ag3WXbtsvVTRGyuQJDTPkTestK0HOjXeEBHew/pzynnlPKtnFsolIf 2xu6IwHkA2UgU2iD7HlyA2dgBjKYyLHWSd5o+aCNKehqFrwzke2BrhmEQJeXp45+yyxnbiGNc6Kk aDZA9M9OViuMCPLeSZaPgdzqyLO8tGZRcmaQOihRzcygzb9kkirGkThXfWuUjwZn6t9QMS2rojOb OOwKmdmlNEakydmrtRgBSqIi+i/EniAFjXU4Xoi/gOr53uUL3mrnT1dTRvd6G/lwvgk155+lmAUo Wuy8PFYLVo3I6NVKp6Esk/Tre4Vffx2bnwAAAP//AwBQSwMEFAAGAAgAAAAhAFhGVhXeAAAADgEA AA8AAABkcnMvZG93bnJldi54bWxMj0FPwzAMhe9I/IfISNy2tJvYUGk6DUQvFZcOxNlrQlOtcaom W8u/xxwQO1l+7+n5c76bXS8uZgydJwXpMgFhqPG6o1bBx3u5eAQRIpLG3pNR8G0C7Irbmxwz7Seq zeUQW8ElFDJUYGMcMilDY43DsPSDIfa+/Ogw8jq2Uo84cbnr5SpJNtJhR3zB4mBerGlOh7NTUFcn /Cw3vWvfyur5Fet9XdlJqfu7ef8EIpo5/ofhF5/RoWCmoz+TDqJXsEi3DyuGj2yteXLkTzqytE3X IItcXr9R/AAAAP//AwBQSwECLQAUAAYACAAAACEAtoM4kv4AAADhAQAAEwAAAAAAAAAAAAAAAAAA AAAAW0NvbnRlbnRfVHlwZXNdLnhtbFBLAQItABQABgAIAAAAIQA4/SH/1gAAAJQBAAALAAAAAAAA AAAAAAAAAC8BAABfcmVscy8ucmVsc1BLAQItABQABgAIAAAAIQA1AkdbAQIAAIIEAAAOAAAAAAAA AAAAAAAAAC4CAABkcnMvZTJvRG9jLnhtbFBLAQItABQABgAIAAAAIQBYRlYV3gAAAA4BAAAPAAAA AAAAAAAAAAAAAFsEAABkcnMvZG93bnJldi54bWxQSwUGAAAAAAQABADzAAAAZgUAAAAA " strokecolor="#4f81bd [3204]" strokeweight="1.5pt">
                <v:stroke dashstyle="dash"/>
              </v:line>
            </w:pict>
          </mc:Fallback>
        </mc:AlternateContent>
      </w:r>
      <w:r w:rsidR="008E593F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076607E" wp14:editId="7AE6C392">
                <wp:simplePos x="0" y="0"/>
                <wp:positionH relativeFrom="column">
                  <wp:posOffset>-11130280</wp:posOffset>
                </wp:positionH>
                <wp:positionV relativeFrom="paragraph">
                  <wp:posOffset>87630</wp:posOffset>
                </wp:positionV>
                <wp:extent cx="190500" cy="0"/>
                <wp:effectExtent l="0" t="0" r="0" b="0"/>
                <wp:wrapNone/>
                <wp:docPr id="1723432930" name="Tiesioji jungtis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90500" cy="0"/>
                        </a:xfrm>
                        <a:prstGeom prst="line">
                          <a:avLst/>
                        </a:prstGeom>
                        <a:ln w="19050" cap="flat" cmpd="sng" algn="ctr">
                          <a:solidFill>
                            <a:schemeClr val="accent1"/>
                          </a:solidFill>
                          <a:prstDash val="dash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CC5F5FC" id="Tiesioji jungtis 24" o:spid="_x0000_s1026" style="position:absolute;flip:x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76.4pt,6.9pt" to="-861.4pt,6.9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3m2iJBwIAAIsEAAAOAAAAZHJzL2Uyb0RvYy54bWysVMuO1DAQvCPxD5bvTDIrgSCazB52WDgg WMHyAT12O7Hkl2zvJPP3tJ158LiwiIvVsbvLXdXlbG5na9gBY9Le9Xy9ajlDJ7zUbuj598f7V285 SxmcBOMd9vyIid9uX77YTKHDGz96IzEyAnGpm0LPx5xD1zRJjGghrXxAR4fKRwuZPuPQyAgToVvT 3LTtm2byUYboBaZEu7vlkG8rvlIo8helEmZmek695brGuu7L2mw30A0RwqjFqQ34hy4saEeXXqB2 kIE9Rf0HlNUi+uRVXglvG6+UFlg5EJt1+xubbyMErFxInBQuMqX/Bys+H+7cQyQZppC6FB5iYTGr aJkyOnykmVZe1Cmbq2zHi2w4ZyZoc/2ufd2SuOJ81CwIBSnElD+gt6wEPTfaFULQweFTynQrpZ5T yrZxbDoBEh6QIZSBTKENsufJDZyBGchpIseKk7zR8l4bU6qra/DORHYAmjcIgS6vy4zpml8yy507 SOOSKClanBD9k5PVEyOCfO8ky8dAtnVkXl5asyg5M0gdlKhmZtDmbzKpB+OolavQNcpHgwv1r6iY llXlhU0c9oXMYld6T6Tx2bQVjApKoiL6z6w9lZRqrK/kmfWXonq/d/lSb7Xzp9GUN3ydRp7Pk1BL /lmKRYCixd7LY/Vi1YgcXwd3ep3lSf38Xcuv/5DtDwAAAP//AwBQSwMEFAAGAAgAAAAhADRrZD/f AAAADQEAAA8AAABkcnMvZG93bnJldi54bWxMj09Lw0AQxe+C32EZwVu7SaRW0myKFP9CKxgFr9vs NAlmZ0N2k6bf3ike9DTMe483v8nWk23FiL1vHCmI5xEIpNKZhioFnx+PszsQPmgyunWECk7oYZ1f XmQ6Ne5I7zgWoRJcQj7VCuoQulRKX9ZotZ+7Dom9g+utDrz2lTS9PnK5bWUSRbfS6ob4Qq073NRY fheDVfAwxuXz8LQ1zdvCFl9yd/Ivrxulrq+m+xWIgFP4C8MZn9EhZ6a9G8h40SqYxctFwvCBrRue HGEpOUv7X0nmmfz/Rf4DAAD//wMAUEsBAi0AFAAGAAgAAAAhALaDOJL+AAAA4QEAABMAAAAAAAAA AAAAAAAAAAAAAFtDb250ZW50X1R5cGVzXS54bWxQSwECLQAUAAYACAAAACEAOP0h/9YAAACUAQAA CwAAAAAAAAAAAAAAAAAvAQAAX3JlbHMvLnJlbHNQSwECLQAUAAYACAAAACEAN5toiQcCAACLBAAA DgAAAAAAAAAAAAAAAAAuAgAAZHJzL2Uyb0RvYy54bWxQSwECLQAUAAYACAAAACEANGtkP98AAAAN AQAADwAAAAAAAAAAAAAAAABhBAAAZHJzL2Rvd25yZXYueG1sUEsFBgAAAAAEAAQA8wAAAG0FAAAA AA== " strokecolor="#4f81bd [3204]" strokeweight="1.5pt">
                <v:stroke dashstyle="dash"/>
              </v:line>
            </w:pict>
          </mc:Fallback>
        </mc:AlternateContent>
      </w:r>
      <w:r w:rsidR="008E593F">
        <w:rPr>
          <w:rFonts w:ascii="Times New Roman" w:hAnsi="Times New Roman" w:cs="Times New Roman"/>
          <w:sz w:val="24"/>
          <w:szCs w:val="24"/>
        </w:rPr>
        <w:tab/>
      </w:r>
    </w:p>
    <w:p w14:paraId="24362D8D" w14:textId="5318CC94" w:rsidR="00BC3D46" w:rsidRPr="003C3839" w:rsidRDefault="00066F91" w:rsidP="005B1E19">
      <w:pPr>
        <w:tabs>
          <w:tab w:val="left" w:pos="2955"/>
        </w:tabs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FFFF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9712" behindDoc="0" locked="0" layoutInCell="1" allowOverlap="1" wp14:anchorId="49847223" wp14:editId="232F7AF6">
                <wp:simplePos x="0" y="0"/>
                <wp:positionH relativeFrom="column">
                  <wp:posOffset>7055485</wp:posOffset>
                </wp:positionH>
                <wp:positionV relativeFrom="paragraph">
                  <wp:posOffset>956310</wp:posOffset>
                </wp:positionV>
                <wp:extent cx="0" cy="238125"/>
                <wp:effectExtent l="0" t="0" r="38100" b="28575"/>
                <wp:wrapNone/>
                <wp:docPr id="1679243604" name="Tiesioji jungtis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7DF7333" id="Tiesioji jungtis 23" o:spid="_x0000_s1026" style="position:absolute;z-index:2516997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55.55pt,75.3pt" to="555.55pt,94.0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ANrHomQEAAJMDAAAOAAAAZHJzL2Uyb0RvYy54bWysU01v2zAMvQ/YfxB0X2yn2FAYcXpo0V6G rdjHD1BlKhYgiQKlxs6/nyQnztAWKFr0QksUH8n3SG+uJmvYHihodB1vVjVn4CT22u06/vfP7ZdL zkIUrhcGHXT8AIFfbT9/2oy+hTUOaHoglpK40I6+40OMvq2qIAewIqzQg0uPCsmKmK60q3oSY8pu TbWu62/ViNR7QgkhJO/N/Mi3Jb9SIONPpQJEZjqeeovFUrEP2VbbjWh3JPyg5bEN8Y4urNAuFV1S 3Ygo2CPpZ6msloQBVVxJtBUqpSUUDolNUz9h83sQHgqXJE7wi0zh49LKH/trd09JhtGHNvh7yiwm RTZ/U39sKmIdFrFgikzOTpm864vLZv0161idcZ5CvAO0LB86brTLNEQr9t9DnENPIQl3rlxO8WAg Bxv3CxTTfarVFHRZCrg2xPYijVNICS42x9IlOsOUNmYB1q8Dj/EZCmVh3gJeEKUyuriArXZIL1WP 06llNcefFJh5ZwkesD+UmRRp0uSLuMctzav1/73Az//S9h8AAAD//wMAUEsDBBQABgAIAAAAIQDE JqMH3gAAAA0BAAAPAAAAZHJzL2Rvd25yZXYueG1sTE/RSsNAEHwX/IdjBV/EXiqmhDSXokLpg0qx 8QOuuW0SzO2F3CVN/Xo3+KD7NLM7zMxmm8m2YsTeN44ULBcRCKTSmYYqBZ/F9j4B4YMmo1tHqOCC Hjb59VWmU+PO9IHjIVSCTcinWkEdQpdK6csarfYL1yHx7eR6qwPTvpKm12c2t618iKKVtLohTqh1 hy81ll+HwSrYbZ/xNb4M1aOJd8XdWLy9f+8TpW5vpqc1iIBT+BPDXJ+rQ86djm4g40XLfB7WMoqj FYhZ8rs6MkqSJcg8k/+/yH8AAAD//wMAUEsBAi0AFAAGAAgAAAAhALaDOJL+AAAA4QEAABMAAAAA AAAAAAAAAAAAAAAAAFtDb250ZW50X1R5cGVzXS54bWxQSwECLQAUAAYACAAAACEAOP0h/9YAAACU AQAACwAAAAAAAAAAAAAAAAAvAQAAX3JlbHMvLnJlbHNQSwECLQAUAAYACAAAACEAwDax6JkBAACT AwAADgAAAAAAAAAAAAAAAAAuAgAAZHJzL2Uyb0RvYy54bWxQSwECLQAUAAYACAAAACEAxCajB94A AAANAQAADwAAAAAAAAAAAAAAAADzAwAAZHJzL2Rvd25yZXYueG1sUEsFBgAAAAAEAAQA8wAAAP4E AAAAAA== " strokecolor="#4579b8 [3044]"/>
            </w:pict>
          </mc:Fallback>
        </mc:AlternateContent>
      </w:r>
      <w:r w:rsidR="008E593F">
        <w:rPr>
          <w:rFonts w:ascii="Times New Roman" w:hAnsi="Times New Roman" w:cs="Times New Roman"/>
          <w:sz w:val="24"/>
          <w:szCs w:val="24"/>
        </w:rPr>
        <w:br w:type="textWrapping" w:clear="all"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20"/>
        <w:gridCol w:w="8080"/>
        <w:gridCol w:w="5244"/>
      </w:tblGrid>
      <w:tr w:rsidR="00BC3D46" w:rsidRPr="003C3839" w14:paraId="4559DB0C" w14:textId="77777777" w:rsidTr="00532A36">
        <w:trPr>
          <w:jc w:val="center"/>
        </w:trPr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14:paraId="4D7E5243" w14:textId="3DECE39D" w:rsidR="00BC3D46" w:rsidRPr="003C3839" w:rsidRDefault="00532A3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2784" behindDoc="0" locked="0" layoutInCell="1" allowOverlap="1" wp14:anchorId="43E4E5F6" wp14:editId="627294E3">
                      <wp:simplePos x="0" y="0"/>
                      <wp:positionH relativeFrom="column">
                        <wp:posOffset>113666</wp:posOffset>
                      </wp:positionH>
                      <wp:positionV relativeFrom="paragraph">
                        <wp:posOffset>220980</wp:posOffset>
                      </wp:positionV>
                      <wp:extent cx="2857500" cy="0"/>
                      <wp:effectExtent l="0" t="0" r="0" b="0"/>
                      <wp:wrapNone/>
                      <wp:docPr id="1074981509" name="Tiesioji jungtis 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857500" cy="0"/>
                              </a:xfrm>
                              <a:prstGeom prst="line">
                                <a:avLst/>
                              </a:prstGeom>
                              <a:ln w="19050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cei="http://schemas.microsoft.com/office/word/2026/wordml/cei">
                  <w:pict>
                    <v:line w14:anchorId="06407250" id="Tiesioji jungtis 32" o:spid="_x0000_s1026" style="position:absolute;z-index:2517027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.95pt,17.4pt" to="233.95pt,17.4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DQmmPVAwIAAIIEAAAOAAAAZHJzL2Uyb0RvYy54bWysVMmOEzEQvSPxD5bvpDuRAkMrnTlMGC4I RjB8QI1d7rbkTbYnnfw9ZXcWlguDuDjVdr1aXr3K5vZgDdtjTNq7ni8XLWfohJfaDT3//nj/5oaz lMFJMN5hz4+Y+O329avNFDpc+dEbiZFREJe6KfR8zDl0TZPEiBbSwgd09Kh8tJDpMw6NjDBRdGua Vdu+bSYfZYheYEp0u5sf+bbGVwpF/qJUwsxMz6m2XM9Yz6dyNtsNdEOEMGpxKgP+oQoL2lHSS6gd ZGDPUf8RymoRffIqL4S3jVdKC6w9UDfL9rduvo0QsPZC5KRwoSn9v7Di8/7OPUSiYQqpS+Ehli4O KtryS/WxQyXreCELD5kJulzdrN+tW+JUnN+aKzDElD+it6wYPTfalT6gg/2nlCkZuZ5dyrVxbCL1 vG/XJR6QDpSBTKYNsufJDZyBGUhgIscaJ3mj5b02pqCrWPDORLYHGjMIgS4vy2gpzS+eJecO0jg7 SrJmAUT/7GSVwoggPzjJ8jGQWh1plpfSLErODFIFxaqeGbT5G0+qwTgq5cpvtfLR4Nz6V1RMy0rz 3E0cnkozs0ppjYiTs1ZrMAIUR0XtvxB7ghQ01uV4If4Cqvm9yxe81c6fRlNW9zqNfDhPQs3+Zypm AgoXT14eqwQrRyT0OrjTUpZN+vm7wq9/HdsfAAAA//8DAFBLAwQUAAYACAAAACEA0rPKkNgAAAAI AQAADwAAAGRycy9kb3ducmV2LnhtbExPu07DMBTdkfgH6yKxUQeoAg1xqoLIErGkoM63sYmjxtdR 7Dbh77kVAx3PQ+eRr2fXi5MZQ+dJwf0iAWGo8bqjVsHXZ3n3DCJEJI29J6PgxwRYF9dXOWbaT1Sb 0za2gkMoZKjAxjhkUobGGodh4QdDrH370WFkOLZSjzhxuOvlQ5Kk0mFH3GBxMG/WNIft0SmoqwPu yrR37UdZvb5jvakrOyl1ezNvXkBEM8d/M5zn83QoeNPeH0kH0TN+WrFTweOSH7C+TM/E/o+QRS4v DxS/AAAA//8DAFBLAQItABQABgAIAAAAIQC2gziS/gAAAOEBAAATAAAAAAAAAAAAAAAAAAAAAABb Q29udGVudF9UeXBlc10ueG1sUEsBAi0AFAAGAAgAAAAhADj9If/WAAAAlAEAAAsAAAAAAAAAAAAA AAAALwEAAF9yZWxzLy5yZWxzUEsBAi0AFAAGAAgAAAAhANCaY9UDAgAAggQAAA4AAAAAAAAAAAAA AAAALgIAAGRycy9lMm9Eb2MueG1sUEsBAi0AFAAGAAgAAAAhANKzypDYAAAACAEAAA8AAAAAAAAA AAAAAAAAXQQAAGRycy9kb3ducmV2LnhtbFBLBQYAAAAABAAEAPMAAABiBQAAAAA= " strokecolor="#4f81bd [3204]" strokeweight="1.5pt">
                      <v:stroke dashstyle="dash"/>
                    </v:line>
                  </w:pict>
                </mc:Fallback>
              </mc:AlternateContent>
            </w:r>
          </w:p>
        </w:tc>
        <w:tc>
          <w:tcPr>
            <w:tcW w:w="8080" w:type="dxa"/>
            <w:tcBorders>
              <w:top w:val="single" w:sz="8" w:space="0" w:color="0B3B73"/>
              <w:left w:val="single" w:sz="8" w:space="0" w:color="0B3B73"/>
              <w:bottom w:val="single" w:sz="8" w:space="0" w:color="0B3B73"/>
              <w:right w:val="single" w:sz="8" w:space="0" w:color="0B3B73"/>
            </w:tcBorders>
            <w:shd w:val="clear" w:color="auto" w:fill="0B3B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26BE98" w14:textId="5B4D23A4" w:rsidR="00BC3D46" w:rsidRPr="003C3839" w:rsidRDefault="00532A3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839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DIREKTORIUS</w:t>
            </w:r>
          </w:p>
        </w:tc>
        <w:tc>
          <w:tcPr>
            <w:tcW w:w="5244" w:type="dxa"/>
            <w:tcBorders>
              <w:top w:val="nil"/>
              <w:left w:val="nil"/>
              <w:bottom w:val="nil"/>
              <w:right w:val="nil"/>
            </w:tcBorders>
          </w:tcPr>
          <w:p w14:paraId="236A7010" w14:textId="395D4071" w:rsidR="00BC3D46" w:rsidRPr="003C3839" w:rsidRDefault="009F0F4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noProof/>
                <w:color w:val="FFFFFF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705856" behindDoc="0" locked="0" layoutInCell="1" allowOverlap="1" wp14:anchorId="23CCEF26" wp14:editId="0EA043FE">
                      <wp:simplePos x="0" y="0"/>
                      <wp:positionH relativeFrom="column">
                        <wp:posOffset>-73660</wp:posOffset>
                      </wp:positionH>
                      <wp:positionV relativeFrom="paragraph">
                        <wp:posOffset>218440</wp:posOffset>
                      </wp:positionV>
                      <wp:extent cx="3162300" cy="0"/>
                      <wp:effectExtent l="0" t="0" r="0" b="0"/>
                      <wp:wrapNone/>
                      <wp:docPr id="1762326424" name="Tiesioji jungtis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62300" cy="0"/>
                              </a:xfrm>
                              <a:prstGeom prst="line">
                                <a:avLst/>
                              </a:prstGeom>
                              <a:ln w="19050" cap="flat" cmpd="sng" algn="ctr">
                                <a:solidFill>
                                  <a:schemeClr val="accent1"/>
                                </a:solidFill>
                                <a:prstDash val="dash"/>
                                <a:round/>
                                <a:headEnd type="none" w="med" len="med"/>
                                <a:tailEnd type="none" w="med" len="med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line w14:anchorId="36937E91" id="Tiesioji jungtis 35" o:spid="_x0000_s1026" style="position:absolute;flip:x;z-index:25170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17.2pt" to="243.2pt,17.2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oiajVCwIAAIwEAAAOAAAAZHJzL2Uyb0RvYy54bWysVMlu2zAQvRfoPxC815IdNGgFyznETXso 2qDLB4zJoUSAG0jGsv++Q8pLl0tT9EJQ5MybeW8etb47WMP2GJP2rufLRcsZOuGldkPPv397ePWG s5TBSTDeYc+PmPjd5uWL9RQ6XPnRG4mREYhL3RR6PuYcuqZJYkQLaeEDOrpUPlrI9BmHRkaYCN2a ZtW2t83kowzRC0yJTrfzJd9UfKVQ5M9KJczM9Jx6y3WNdd2VtdmsoRsihFGLUxvwD11Y0I6KXqC2 kIE9Rf0HlNUi+uRVXghvG6+UFlg5EJtl+xubryMErFxInBQuMqX/Bys+7e/dYyQZppC6FB5jYXFQ 0TJldPhAM628qFN2qLIdL7LhITNBhzfL29VNS+qK810zQxSoEFN+j96ysum50a4wgg72H1OmshR6 DinHxrGJar5tXxc8IEcoA5m2NsieJzdwBmYgq4kcK07yRssHbUzJrrbBexPZHmjgIAS6vCxDpjK/ RJaaW0jjHChpN1sh+icnqylGBPnOSZaPgXzryL28tGZRcmaQOii7GplBm7+JpB6Mo1auStddPhqc qX9BxbSsMs9s4rArZGa/0oMiTc6urWCUUAIV0X9m7imlZGN9Js/MvyTV+t7lS77Vzp9GUx7xdRr5 cJ6EmuPPUswCFC12Xh6rGatGZPk6uNPzLG/q5++afv2JbH4AAAD//wMAUEsDBBQABgAIAAAAIQBx xb0X3gAAAAkBAAAPAAAAZHJzL2Rvd25yZXYueG1sTI9NS8NAEIbvgv9hGcFbu4nGUGI2RYqfUIWm gtdtdkyC2dmQ3aTpv3fEg97m4+GdZ/L1bDsx4eBbRwriZQQCqXKmpVrB+/5hsQLhgyajO0eo4IQe 1sX5Wa4z4460w6kMteAQ8plW0ITQZ1L6qkGr/dL1SLz7dIPVgduhlmbQRw63nbyKolRa3RJfaHSP mwarr3K0Cu6nuHoaH7emfbux5Yd8Pfnnl41Slxfz3S2IgHP4g+FHn9WhYKeDG8l40SlYxHHKqILr JAHBQLJKuTj8DmSRy/8fFN8AAAD//wMAUEsBAi0AFAAGAAgAAAAhALaDOJL+AAAA4QEAABMAAAAA AAAAAAAAAAAAAAAAAFtDb250ZW50X1R5cGVzXS54bWxQSwECLQAUAAYACAAAACEAOP0h/9YAAACU AQAACwAAAAAAAAAAAAAAAAAvAQAAX3JlbHMvLnJlbHNQSwECLQAUAAYACAAAACEAqImo1QsCAACM BAAADgAAAAAAAAAAAAAAAAAuAgAAZHJzL2Uyb0RvYy54bWxQSwECLQAUAAYACAAAACEAccW9F94A AAAJAQAADwAAAAAAAAAAAAAAAABlBAAAZHJzL2Rvd25yZXYueG1sUEsFBgAAAAAEAAQA8wAAAHAF AAAAAA== " strokecolor="#4f81bd [3204]" strokeweight="1.5pt">
                      <v:stroke dashstyle="dash"/>
                    </v:line>
                  </w:pict>
                </mc:Fallback>
              </mc:AlternateContent>
            </w:r>
          </w:p>
        </w:tc>
      </w:tr>
    </w:tbl>
    <w:p w14:paraId="233545E9" w14:textId="2B7162C0" w:rsidR="00BC3D46" w:rsidRDefault="00BC3D46">
      <w:pPr>
        <w:spacing w:after="0"/>
        <w:jc w:val="center"/>
      </w:pPr>
    </w:p>
    <w:p w14:paraId="4DC7BA5C" w14:textId="3AAD927C" w:rsidR="00BC3D46" w:rsidRDefault="00066F91">
      <w:pPr>
        <w:spacing w:after="0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A170ADD" wp14:editId="70AD8FBC">
                <wp:simplePos x="0" y="0"/>
                <wp:positionH relativeFrom="column">
                  <wp:posOffset>7055485</wp:posOffset>
                </wp:positionH>
                <wp:positionV relativeFrom="paragraph">
                  <wp:posOffset>97790</wp:posOffset>
                </wp:positionV>
                <wp:extent cx="0" cy="314325"/>
                <wp:effectExtent l="0" t="0" r="38100" b="28575"/>
                <wp:wrapNone/>
                <wp:docPr id="655403815" name="Tiesioji jungtis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96120A9" id="Tiesioji jungtis 13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55.55pt,7.7pt" to="555.55pt,32.4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xu/3XmQEAAJMDAAAOAAAAZHJzL2Uyb0RvYy54bWysU8Fu2zAMvRfoPwi6N7bTbSiMOD206C7D VmzrB6gyFQuQRIHSYufvJ8mJM6wDhha90BLFR/I90pvbyRq2BwoaXcebVc0ZOIm9druOP/18uLrh LEThemHQQccPEPjt9vJiM/oW1jig6YFYSuJCO/qODzH6tqqCHMCKsEIPLj0qJCtiutKu6kmMKbs1 1bquP1UjUu8JJYSQvPfzI9+W/EqBjN+UChCZ6XjqLRZLxT5nW203ot2R8IOWxzbEG7qwQrtUdEl1 L6Jgv0i/SGW1JAyo4kqirVApLaFwSGya+i82PwbhoXBJ4gS/yBTeL638ur9zj5RkGH1og3+kzGJS ZPM39cemItZhEQumyOTslMl73Xy4Xn/MOlZnnKcQPwNalg8dN9plGqIV+y8hzqGnkIQ7Vy6neDCQ g437DorpPtVqCrosBdwZYnuRximkBBebY+kSnWFKG7MA6/8Dj/EZCmVhXgNeEKUyuriArXZI/6oe p1PLao4/KTDzzhI8Y38oMynSpMkXcY9bmlfrz3uBn/+l7W8AAAD//wMAUEsDBBQABgAIAAAAIQDN DGPs3gAAAAsBAAAPAAAAZHJzL2Rvd25yZXYueG1sTI/BTsMwDIbvSLxDZCQuiKWgdtq6phMgTTsA Qqw8QNaYtqJxqibtOp4eVxzAJ//2r9+fs+1kWzFi7xtHCu4WEQik0pmGKgUfxe52BcIHTUa3jlDB GT1s88uLTKfGnegdx0OoBIeQT7WCOoQuldKXNVrtF65D4t2n660OLPtKml6fONy28j6KltLqhvhC rTt8qrH8OgxWwX73iM/Jeahik+yLm7F4ef1+Wyl1fTU9bEAEnMKfGWZ8RoecmY5uIONFy3ou9nKX xCBmx+/kqGAZr0Hmmfz/Q/4DAAD//wMAUEsBAi0AFAAGAAgAAAAhALaDOJL+AAAA4QEAABMAAAAA AAAAAAAAAAAAAAAAAFtDb250ZW50X1R5cGVzXS54bWxQSwECLQAUAAYACAAAACEAOP0h/9YAAACU AQAACwAAAAAAAAAAAAAAAAAvAQAAX3JlbHMvLnJlbHNQSwECLQAUAAYACAAAACEAsbv915kBAACT AwAADgAAAAAAAAAAAAAAAAAuAgAAZHJzL2Uyb0RvYy54bWxQSwECLQAUAAYACAAAACEAzQxj7N4A AAALAQAADwAAAAAAAAAAAAAAAADzAwAAZHJzL2Rvd25yZXYueG1sUEsFBgAAAAAEAAQA8wAAAP4E AAAAAA== " strokecolor="#4579b8 [3044]"/>
            </w:pict>
          </mc:Fallback>
        </mc:AlternateContent>
      </w:r>
      <w:r w:rsidR="00F84A20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5CECD8" wp14:editId="1E8FFCD8">
                <wp:simplePos x="0" y="0"/>
                <wp:positionH relativeFrom="column">
                  <wp:posOffset>9579610</wp:posOffset>
                </wp:positionH>
                <wp:positionV relativeFrom="paragraph">
                  <wp:posOffset>97790</wp:posOffset>
                </wp:positionV>
                <wp:extent cx="0" cy="314325"/>
                <wp:effectExtent l="0" t="0" r="38100" b="28575"/>
                <wp:wrapNone/>
                <wp:docPr id="1204263343" name="Tiesioji jungtis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04D7CA5" id="Tiesioji jungtis 16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4.3pt,7.7pt" to="754.3pt,32.4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xu/3XmQEAAJMDAAAOAAAAZHJzL2Uyb0RvYy54bWysU8Fu2zAMvRfoPwi6N7bTbSiMOD206C7D VmzrB6gyFQuQRIHSYufvJ8mJM6wDhha90BLFR/I90pvbyRq2BwoaXcebVc0ZOIm9druOP/18uLrh LEThemHQQccPEPjt9vJiM/oW1jig6YFYSuJCO/qODzH6tqqCHMCKsEIPLj0qJCtiutKu6kmMKbs1 1bquP1UjUu8JJYSQvPfzI9+W/EqBjN+UChCZ6XjqLRZLxT5nW203ot2R8IOWxzbEG7qwQrtUdEl1 L6Jgv0i/SGW1JAyo4kqirVApLaFwSGya+i82PwbhoXBJ4gS/yBTeL638ur9zj5RkGH1og3+kzGJS ZPM39cemItZhEQumyOTslMl73Xy4Xn/MOlZnnKcQPwNalg8dN9plGqIV+y8hzqGnkIQ7Vy6neDCQ g437DorpPtVqCrosBdwZYnuRximkBBebY+kSnWFKG7MA6/8Dj/EZCmVhXgNeEKUyuriArXZI/6oe p1PLao4/KTDzzhI8Y38oMynSpMkXcY9bmlfrz3uBn/+l7W8AAAD//wMAUEsDBBQABgAIAAAAIQBA LPHU4AAAAAsBAAAPAAAAZHJzL2Rvd25yZXYueG1sTI9BT4NAEIXvTfwPmzHx0thFA4RSlkZNmh7U GIs/YMtOgZSdJexCqb/eJR70Nm/m5c33su2kWzZibxtDAh5WATCk0qiGKgFfxe4+AWadJCVbQyjg iha2+c0ik6kyF/rE8eAq5kPIplJA7VyXcm7LGrW0K9Mh+dvJ9Fo6L/uKq15efLhu+WMQxFzLhvyH Wnb4UmN5PgxawH73jK/RdahCFe2L5Vi8vX9/JELc3U5PG2AOJ/dnhhnfo0PumY5mIGVZ63UUJLH3 zlMIbHb8bo4C4nANPM/4/w75DwAAAP//AwBQSwECLQAUAAYACAAAACEAtoM4kv4AAADhAQAAEwAA AAAAAAAAAAAAAAAAAAAAW0NvbnRlbnRfVHlwZXNdLnhtbFBLAQItABQABgAIAAAAIQA4/SH/1gAA AJQBAAALAAAAAAAAAAAAAAAAAC8BAABfcmVscy8ucmVsc1BLAQItABQABgAIAAAAIQCxu/3XmQEA AJMDAAAOAAAAAAAAAAAAAAAAAC4CAABkcnMvZTJvRG9jLnhtbFBLAQItABQABgAIAAAAIQBALPHU 4AAAAAsBAAAPAAAAAAAAAAAAAAAAAPMDAABkcnMvZG93bnJldi54bWxQSwUGAAAAAAQABADzAAAA AAUAAAAA " strokecolor="#4579b8 [3044]"/>
            </w:pict>
          </mc:Fallback>
        </mc:AlternateContent>
      </w:r>
      <w:r w:rsidR="00F84A20"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AC1FDF7" wp14:editId="21EE068C">
                <wp:simplePos x="0" y="0"/>
                <wp:positionH relativeFrom="column">
                  <wp:posOffset>12656185</wp:posOffset>
                </wp:positionH>
                <wp:positionV relativeFrom="paragraph">
                  <wp:posOffset>97790</wp:posOffset>
                </wp:positionV>
                <wp:extent cx="0" cy="314325"/>
                <wp:effectExtent l="0" t="0" r="38100" b="28575"/>
                <wp:wrapNone/>
                <wp:docPr id="1287835780" name="Tiesioji jungtis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227A07C" id="Tiesioji jungtis 15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96.55pt,7.7pt" to="996.55pt,32.4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xu/3XmQEAAJMDAAAOAAAAZHJzL2Uyb0RvYy54bWysU8Fu2zAMvRfoPwi6N7bTbSiMOD206C7D VmzrB6gyFQuQRIHSYufvJ8mJM6wDhha90BLFR/I90pvbyRq2BwoaXcebVc0ZOIm9druOP/18uLrh LEThemHQQccPEPjt9vJiM/oW1jig6YFYSuJCO/qODzH6tqqCHMCKsEIPLj0qJCtiutKu6kmMKbs1 1bquP1UjUu8JJYSQvPfzI9+W/EqBjN+UChCZ6XjqLRZLxT5nW203ot2R8IOWxzbEG7qwQrtUdEl1 L6Jgv0i/SGW1JAyo4kqirVApLaFwSGya+i82PwbhoXBJ4gS/yBTeL638ur9zj5RkGH1og3+kzGJS ZPM39cemItZhEQumyOTslMl73Xy4Xn/MOlZnnKcQPwNalg8dN9plGqIV+y8hzqGnkIQ7Vy6neDCQ g437DorpPtVqCrosBdwZYnuRximkBBebY+kSnWFKG7MA6/8Dj/EZCmVhXgNeEKUyuriArXZI/6oe p1PLao4/KTDzzhI8Y38oMynSpMkXcY9bmlfrz3uBn/+l7W8AAAD//wMAUEsDBBQABgAIAAAAIQB5 LeVN4QAAAAsBAAAPAAAAZHJzL2Rvd25yZXYueG1sTI/BTsMwEETvSPyDtUhcEHUKadWEOBUgVT1Q hGj4ADdekoh4HcVOmvL1bMUBbju7o9k32XqyrRix940jBfNZBAKpdKahSsFHsbldgfBBk9GtI1Rw Qg/r/PIi06lxR3rHcR8qwSHkU62gDqFLpfRljVb7meuQ+PbpeqsDy76SptdHDretvIuipbS6If5Q 6w6fayy/9oNVsN084cviNFSxWWyLm7HYvX6/rZS6vpoeH0AEnMKfGc74jA45Mx3cQMaLlnWS3M/Z y9MiBnF2/G4OCpZxAjLP5P8O+Q8AAAD//wMAUEsBAi0AFAAGAAgAAAAhALaDOJL+AAAA4QEAABMA AAAAAAAAAAAAAAAAAAAAAFtDb250ZW50X1R5cGVzXS54bWxQSwECLQAUAAYACAAAACEAOP0h/9YA AACUAQAACwAAAAAAAAAAAAAAAAAvAQAAX3JlbHMvLnJlbHNQSwECLQAUAAYACAAAACEAsbv915kB AACTAwAADgAAAAAAAAAAAAAAAAAuAgAAZHJzL2Uyb0RvYy54bWxQSwECLQAUAAYACAAAACEAeS3l TeEAAAALAQAADwAAAAAAAAAAAAAAAADzAwAAZHJzL2Rvd25yZXYueG1sUEsFBgAAAAAEAAQA8wAA AAEFAAAAAA== " strokecolor="#4579b8 [3044]"/>
            </w:pict>
          </mc:Fallback>
        </mc:AlternateContent>
      </w:r>
      <w:r w:rsidR="00F84A20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897F0CC" wp14:editId="4C3D0AF6">
                <wp:simplePos x="0" y="0"/>
                <wp:positionH relativeFrom="column">
                  <wp:posOffset>7255509</wp:posOffset>
                </wp:positionH>
                <wp:positionV relativeFrom="paragraph">
                  <wp:posOffset>97790</wp:posOffset>
                </wp:positionV>
                <wp:extent cx="5400675" cy="0"/>
                <wp:effectExtent l="0" t="0" r="0" b="0"/>
                <wp:wrapNone/>
                <wp:docPr id="552344110" name="Tiesioji jungtis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67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7C344F7A" id="Tiesioji jungtis 14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71.3pt,7.7pt" to="996.55pt,7.7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CIHlymwEAAJQDAAAOAAAAZHJzL2Uyb0RvYy54bWysU8tu2zAQvBfIPxC815KDpi0EyzkkaC5F G/TxAQy1tAiQXGLJWvLfd0nbcpAWKFr0QvGxM7szu9rczt6JPVCyGHq5XrVSQNA42LDr5fdvH16/ lyJlFQblMEAvD5Dk7fbq1WaKHVzjiG4AEkwSUjfFXo45x65pkh7Bq7TCCIEfDZJXmY+0awZSE7N7 11y37dtmQhoioYaU+Pb++Ci3ld8Y0PmzMQmycL3k2nJdqa5PZW22G9XtSMXR6lMZ6h+q8MoGTrpQ 3ausxA+yv1B5qwkTmrzS6Bs0xmqoGljNun2h5uuoIlQtbE6Ki03p/9HqT/u78EhswxRTl+IjFRWz IV++XJ+Yq1mHxSyYs9B8efOG7X93I4U+vzUXYKSUHwC9KJteOhuKDtWp/ceUORmHnkP4cEldd/ng oAS78AWMsAMnW1d0nQq4cyT2ivuptIaQ16WHzFejC8xY5xZg+2fgKb5AoU7M34AXRM2MIS9gbwPS 77Ln+VyyOcafHTjqLhY84XCoTanWcOurwtOYltl6fq7wy8+0/QkAAP//AwBQSwMEFAAGAAgAAAAh ABZZvwnhAAAACwEAAA8AAABkcnMvZG93bnJldi54bWxMj8FOwzAQRO9I/IO1SFwQdVKaqg1xKkCq egCEaPgAN16SiHgdxU6a8vVsxQFuO7uj2TfZZrKtGLH3jSMF8SwCgVQ601Cl4KPY3q5A+KDJ6NYR Kjihh01+eZHp1LgjveO4D5XgEPKpVlCH0KVS+rJGq/3MdUh8+3S91YFlX0nT6yOH21bOo2gprW6I P9S6w6cay6/9YBXsto/4nJyGamGSXXEzFi+v328rpa6vpod7EAGn8GeGMz6jQ85MBzeQ8aJlHS/m S/bylCxAnB3r9V0M4vC7kXkm/3fIfwAAAP//AwBQSwECLQAUAAYACAAAACEAtoM4kv4AAADhAQAA EwAAAAAAAAAAAAAAAAAAAAAAW0NvbnRlbnRfVHlwZXNdLnhtbFBLAQItABQABgAIAAAAIQA4/SH/ 1gAAAJQBAAALAAAAAAAAAAAAAAAAAC8BAABfcmVscy8ucmVsc1BLAQItABQABgAIAAAAIQBCIHly mwEAAJQDAAAOAAAAAAAAAAAAAAAAAC4CAABkcnMvZTJvRG9jLnhtbFBLAQItABQABgAIAAAAIQAW Wb8J4QAAAAsBAAAPAAAAAAAAAAAAAAAAAPUDAABkcnMvZG93bnJldi54bWxQSwUGAAAAAAQABADz AAAAAwUAAAAA " strokecolor="#4579b8 [3044]"/>
            </w:pict>
          </mc:Fallback>
        </mc:AlternateContent>
      </w:r>
      <w:r w:rsidR="00F84A20"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56EC8597" wp14:editId="7E144C46">
                <wp:simplePos x="0" y="0"/>
                <wp:positionH relativeFrom="column">
                  <wp:posOffset>4436110</wp:posOffset>
                </wp:positionH>
                <wp:positionV relativeFrom="paragraph">
                  <wp:posOffset>97790</wp:posOffset>
                </wp:positionV>
                <wp:extent cx="0" cy="314325"/>
                <wp:effectExtent l="0" t="0" r="38100" b="28575"/>
                <wp:wrapNone/>
                <wp:docPr id="1586272512" name="Tiesioji jungtis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5BC7E36C" id="Tiesioji jungtis 12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9.3pt,7.7pt" to="349.3pt,32.4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xu/3XmQEAAJMDAAAOAAAAZHJzL2Uyb0RvYy54bWysU8Fu2zAMvRfoPwi6N7bTbSiMOD206C7D VmzrB6gyFQuQRIHSYufvJ8mJM6wDhha90BLFR/I90pvbyRq2BwoaXcebVc0ZOIm9druOP/18uLrh LEThemHQQccPEPjt9vJiM/oW1jig6YFYSuJCO/qODzH6tqqCHMCKsEIPLj0qJCtiutKu6kmMKbs1 1bquP1UjUu8JJYSQvPfzI9+W/EqBjN+UChCZ6XjqLRZLxT5nW203ot2R8IOWxzbEG7qwQrtUdEl1 L6Jgv0i/SGW1JAyo4kqirVApLaFwSGya+i82PwbhoXBJ4gS/yBTeL638ur9zj5RkGH1og3+kzGJS ZPM39cemItZhEQumyOTslMl73Xy4Xn/MOlZnnKcQPwNalg8dN9plGqIV+y8hzqGnkIQ7Vy6neDCQ g437DorpPtVqCrosBdwZYnuRximkBBebY+kSnWFKG7MA6/8Dj/EZCmVhXgNeEKUyuriArXZI/6oe p1PLao4/KTDzzhI8Y38oMynSpMkXcY9bmlfrz3uBn/+l7W8AAAD//wMAUEsDBBQABgAIAAAAIQBx zeNT3gAAAAkBAAAPAAAAZHJzL2Rvd25yZXYueG1sTI9BT4QwEIXvJv6HZky8GLdogLBI2ajJZg9q jIs/oEtHINIpoYVl/fWO8aC3mXkvb75XbBbbixlH3zlScLOKQCDVznTUKHivttcZCB80Gd07QgUn 9LApz88KnRt3pDec96ERHEI+1wraEIZcSl+3aLVfuQGJtQ83Wh14HRtpRn3kcNvL2yhKpdUd8YdW D/jYYv25n6yC3fYBn5LT1MQm2VVXc/X88vWaKXV5sdzfgQi4hD8z/OAzOpTMdHATGS96Bek6S9nK QhKDYMPv4cBDvAZZFvJ/g/IbAAD//wMAUEsBAi0AFAAGAAgAAAAhALaDOJL+AAAA4QEAABMAAAAA AAAAAAAAAAAAAAAAAFtDb250ZW50X1R5cGVzXS54bWxQSwECLQAUAAYACAAAACEAOP0h/9YAAACU AQAACwAAAAAAAAAAAAAAAAAvAQAAX3JlbHMvLnJlbHNQSwECLQAUAAYACAAAACEAsbv915kBAACT AwAADgAAAAAAAAAAAAAAAAAuAgAAZHJzL2Uyb0RvYy54bWxQSwECLQAUAAYACAAAACEAcc3jU94A AAAJAQAADwAAAAAAAAAAAAAAAADzAwAAZHJzL2Rvd25yZXYueG1sUEsFBgAAAAAEAAQA8wAAAP4E AAAAAA== " strokecolor="#4579b8 [3044]"/>
            </w:pict>
          </mc:Fallback>
        </mc:AlternateContent>
      </w:r>
      <w:r w:rsidR="00F84A20"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3D2F46E" wp14:editId="3C176DA0">
                <wp:simplePos x="0" y="0"/>
                <wp:positionH relativeFrom="column">
                  <wp:posOffset>1692910</wp:posOffset>
                </wp:positionH>
                <wp:positionV relativeFrom="paragraph">
                  <wp:posOffset>97790</wp:posOffset>
                </wp:positionV>
                <wp:extent cx="0" cy="314325"/>
                <wp:effectExtent l="0" t="0" r="38100" b="28575"/>
                <wp:wrapNone/>
                <wp:docPr id="1113931577" name="Tiesioji jungt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43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7825849" id="Tiesioji jungtis 11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3pt,7.7pt" to="133.3pt,32.45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xu/3XmQEAAJMDAAAOAAAAZHJzL2Uyb0RvYy54bWysU8Fu2zAMvRfoPwi6N7bTbSiMOD206C7D VmzrB6gyFQuQRIHSYufvJ8mJM6wDhha90BLFR/I90pvbyRq2BwoaXcebVc0ZOIm9druOP/18uLrh LEThemHQQccPEPjt9vJiM/oW1jig6YFYSuJCO/qODzH6tqqCHMCKsEIPLj0qJCtiutKu6kmMKbs1 1bquP1UjUu8JJYSQvPfzI9+W/EqBjN+UChCZ6XjqLRZLxT5nW203ot2R8IOWxzbEG7qwQrtUdEl1 L6Jgv0i/SGW1JAyo4kqirVApLaFwSGya+i82PwbhoXBJ4gS/yBTeL638ur9zj5RkGH1og3+kzGJS ZPM39cemItZhEQumyOTslMl73Xy4Xn/MOlZnnKcQPwNalg8dN9plGqIV+y8hzqGnkIQ7Vy6neDCQ g437DorpPtVqCrosBdwZYnuRximkBBebY+kSnWFKG7MA6/8Dj/EZCmVhXgNeEKUyuriArXZI/6oe p1PLao4/KTDzzhI8Y38oMynSpMkXcY9bmlfrz3uBn/+l7W8AAAD//wMAUEsDBBQABgAIAAAAIQAS +I8H3wAAAAkBAAAPAAAAZHJzL2Rvd25yZXYueG1sTI/BToNAEIbvJr7DZky8GLvYAGkpS6MmTQ9q jMUH2LIjENlZwi6U+vSO8aDHmf/LP9/k29l2YsLBt44U3C0iEEiVMy3VCt7L3e0KhA+ajO4coYIz etgWlxe5zow70RtOh1ALLiGfaQVNCH0mpa8atNovXI/E2YcbrA48DrU0gz5xue3kMopSaXVLfKHR PT42WH0eRqtgv3vAp+Q81rFJ9uXNVD6/fL2ulLq+mu83IALO4Q+GH31Wh4Kdjm4k40WnYJmmKaMc JDEIBn4XRwVpvAZZ5PL/B8U3AAAA//8DAFBLAQItABQABgAIAAAAIQC2gziS/gAAAOEBAAATAAAA AAAAAAAAAAAAAAAAAABbQ29udGVudF9UeXBlc10ueG1sUEsBAi0AFAAGAAgAAAAhADj9If/WAAAA lAEAAAsAAAAAAAAAAAAAAAAALwEAAF9yZWxzLy5yZWxzUEsBAi0AFAAGAAgAAAAhALG7/deZAQAA kwMAAA4AAAAAAAAAAAAAAAAALgIAAGRycy9lMm9Eb2MueG1sUEsBAi0AFAAGAAgAAAAhABL4jwff AAAACQEAAA8AAAAAAAAAAAAAAAAA8wMAAGRycy9kb3ducmV2LnhtbFBLBQYAAAAABAAEAPMAAAD/ BAAAAAA= " strokecolor="#4579b8 [3044]"/>
            </w:pict>
          </mc:Fallback>
        </mc:AlternateContent>
      </w:r>
      <w:r w:rsidR="00F84A20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5AAE9E0" wp14:editId="14ADECA9">
                <wp:simplePos x="0" y="0"/>
                <wp:positionH relativeFrom="column">
                  <wp:posOffset>1692910</wp:posOffset>
                </wp:positionH>
                <wp:positionV relativeFrom="paragraph">
                  <wp:posOffset>97790</wp:posOffset>
                </wp:positionV>
                <wp:extent cx="5562600" cy="0"/>
                <wp:effectExtent l="0" t="0" r="0" b="0"/>
                <wp:wrapNone/>
                <wp:docPr id="905229353" name="Tiesioji jungtis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5626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>
            <w:pict>
              <v:line w14:anchorId="4B6BCEC9" id="Tiesioji jungtis 10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3.3pt,7.7pt" to="571.3pt,7.7p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A+m9E5pQEAAJ4DAAAOAAAAZHJzL2Uyb0RvYy54bWysU01rGzEQvRfyH4Tu9a4NMWXx2oeEpIfQ hjb9AYp25BVIGiEp3vW/70hrb0JaAgm5CH3MezPvzWizG61hBwhRo2v5clFzBk5ip92+5X8ebr5+ 4ywm4Tph0EHLjxD5bnvxZTP4BlbYo+kgMCJxsRl8y/uUfFNVUfZgRVygB0ePCoMViY5hX3VBDMRu TbWq63U1YOh8QAkx0u319Mi3hV8pkOmnUhESMy2n2lJZQ1kf81ptN6LZB+F7LU9liA9UYYV2lHSm uhZJsKeg/6GyWgaMqNJCoq1QKS2haCA1y/qVmt+98FC0kDnRzzbFz6OVPw5X7j6QDYOPTfT3IasY VbBMGe2/U0+LLqqUjcW242wbjIlJury8XK/WNbkrz2/VRJGpfIjpFtCyvGm50S4rEo043MVEaSn0 HEKH5yLKLh0N5GDjfoFiuqNkUzllPuDKBHYQ1FkhJbi0zN0kvhKdYUobMwPrkvZN4Ck+Q6HMznvA M6JkRpdmsNUOw/+yp/Fcsprizw5MurMFj9gdS3uKNTQEReFpYPOUvTwX+PO32v4FAAD//wMAUEsD BBQABgAIAAAAIQAziprb2gAAAAoBAAAPAAAAZHJzL2Rvd25yZXYueG1sTI/BTsMwEETvSPyDtUjc qJMoRCjEqRClZ0QBiaMbL0nAXke22yZ/z1Yc4LgzT7MzzXp2VhwxxNGTgnyVgUDqvBmpV/D2ur25 AxGTJqOtJ1SwYIR1e3nR6Nr4E73gcZd6wSEUa61gSGmqpYzdgE7HlZ+Q2Pv0wenEZ+ilCfrE4c7K Issq6fRI/GHQEz4O2H3vDk5BtP3T1/K++E1hwrLZxg98zkulrq/mh3sQCef0B8O5PleHljvt/YFM FFZBUVUVo2zcliDOQF4WrOx/Fdk28v+E9gcAAP//AwBQSwECLQAUAAYACAAAACEAtoM4kv4AAADh AQAAEwAAAAAAAAAAAAAAAAAAAAAAW0NvbnRlbnRfVHlwZXNdLnhtbFBLAQItABQABgAIAAAAIQA4 /SH/1gAAAJQBAAALAAAAAAAAAAAAAAAAAC8BAABfcmVscy8ucmVsc1BLAQItABQABgAIAAAAIQA+ m9E5pQEAAJ4DAAAOAAAAAAAAAAAAAAAAAC4CAABkcnMvZTJvRG9jLnhtbFBLAQItABQABgAIAAAA IQAziprb2gAAAAoBAAAPAAAAAAAAAAAAAAAAAP8DAABkcnMvZG93bnJldi54bWxQSwUGAAAAAAQA BADzAAAABgUAAAAA " strokecolor="#4579b8 [3044]"/>
            </w:pict>
          </mc:Fallback>
        </mc:AlternateContent>
      </w:r>
    </w:p>
    <w:p w14:paraId="14B9E961" w14:textId="77777777" w:rsidR="00F84A20" w:rsidRDefault="00F84A20">
      <w:pPr>
        <w:spacing w:after="0"/>
        <w:jc w:val="center"/>
      </w:pPr>
    </w:p>
    <w:p w14:paraId="2473F209" w14:textId="77777777" w:rsidR="00F84A20" w:rsidRDefault="00F84A20">
      <w:pPr>
        <w:spacing w:after="0"/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39"/>
        <w:gridCol w:w="4139"/>
        <w:gridCol w:w="4139"/>
        <w:gridCol w:w="4447"/>
        <w:gridCol w:w="4454"/>
      </w:tblGrid>
      <w:tr w:rsidR="00BC3D46" w14:paraId="0E50E5E1" w14:textId="77777777" w:rsidTr="00066F91">
        <w:trPr>
          <w:jc w:val="center"/>
        </w:trPr>
        <w:tc>
          <w:tcPr>
            <w:tcW w:w="4139" w:type="dxa"/>
            <w:shd w:val="clear" w:color="auto" w:fill="95B3D7" w:themeFill="accent1" w:themeFillTint="9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245368A" w14:textId="77777777" w:rsidR="00BC3D46" w:rsidRPr="00FA322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DIREKTORIAUS PAVADUOTOJAS</w:t>
            </w:r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br/>
              <w:t>UGDYMUI</w:t>
            </w:r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br/>
              <w:t>(</w:t>
            </w:r>
            <w:proofErr w:type="spellStart"/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Ikimokyklinis</w:t>
            </w:r>
            <w:proofErr w:type="spellEnd"/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 xml:space="preserve">, </w:t>
            </w:r>
            <w:proofErr w:type="spellStart"/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priešmokyklinis</w:t>
            </w:r>
            <w:proofErr w:type="spellEnd"/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br/>
            </w:r>
            <w:proofErr w:type="spellStart"/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ugdymas</w:t>
            </w:r>
            <w:proofErr w:type="spellEnd"/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 xml:space="preserve"> </w:t>
            </w:r>
            <w:proofErr w:type="spellStart"/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ir</w:t>
            </w:r>
            <w:proofErr w:type="spellEnd"/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 xml:space="preserve"> neformalusis</w:t>
            </w:r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br/>
              <w:t>švietimas)</w:t>
            </w:r>
          </w:p>
        </w:tc>
        <w:tc>
          <w:tcPr>
            <w:tcW w:w="4139" w:type="dxa"/>
            <w:shd w:val="clear" w:color="auto" w:fill="95B3D7" w:themeFill="accent1" w:themeFillTint="9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449FAD0" w14:textId="77777777" w:rsidR="00BC3D46" w:rsidRPr="00FA322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DIREKTORIAUS PAVADUOTOJAS</w:t>
            </w:r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br/>
              <w:t>UGDYMUI</w:t>
            </w:r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br/>
              <w:t>(Pradinis ugdymas ir</w:t>
            </w:r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br/>
              <w:t>pedagoginė pagalba)</w:t>
            </w:r>
          </w:p>
        </w:tc>
        <w:tc>
          <w:tcPr>
            <w:tcW w:w="4139" w:type="dxa"/>
            <w:shd w:val="clear" w:color="auto" w:fill="95B3D7" w:themeFill="accent1" w:themeFillTint="9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527DDA0" w14:textId="77777777" w:rsidR="00BC3D46" w:rsidRPr="00FA322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DIREKTORIAUS PAVADUOTOJAS</w:t>
            </w:r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br/>
              <w:t>UGDYMUI</w:t>
            </w:r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br/>
              <w:t>(Pagrindinis ugdymas ir</w:t>
            </w:r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br/>
              <w:t>ugdymo proceso organizavimas)</w:t>
            </w:r>
          </w:p>
        </w:tc>
        <w:tc>
          <w:tcPr>
            <w:tcW w:w="4447" w:type="dxa"/>
            <w:shd w:val="clear" w:color="auto" w:fill="95B3D7" w:themeFill="accent1" w:themeFillTint="9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6E085C" w14:textId="77777777" w:rsidR="00BC3D46" w:rsidRPr="00FA322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DIREKTORIAUS PAVADUOTOJAS</w:t>
            </w:r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br/>
              <w:t>ŪKIO REIKALAMS</w:t>
            </w:r>
          </w:p>
        </w:tc>
        <w:tc>
          <w:tcPr>
            <w:tcW w:w="4454" w:type="dxa"/>
            <w:shd w:val="clear" w:color="auto" w:fill="95B3D7" w:themeFill="accent1" w:themeFillTint="99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94384F7" w14:textId="77777777" w:rsidR="00BC3D46" w:rsidRPr="00FA3220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1F497D" w:themeColor="text2"/>
                <w:sz w:val="24"/>
                <w:szCs w:val="24"/>
              </w:rPr>
            </w:pPr>
            <w:r w:rsidRPr="00FA3220">
              <w:rPr>
                <w:rFonts w:ascii="Times New Roman" w:hAnsi="Times New Roman" w:cs="Times New Roman"/>
                <w:b/>
                <w:color w:val="1F497D" w:themeColor="text2"/>
                <w:sz w:val="24"/>
                <w:szCs w:val="24"/>
              </w:rPr>
              <w:t>FUNKCINIO VALDYMO PAREIGYBĖS</w:t>
            </w:r>
          </w:p>
        </w:tc>
      </w:tr>
      <w:tr w:rsidR="00BC3D46" w14:paraId="3FCF895D" w14:textId="77777777" w:rsidTr="00066F91">
        <w:trPr>
          <w:trHeight w:val="1270"/>
          <w:jc w:val="center"/>
        </w:trPr>
        <w:tc>
          <w:tcPr>
            <w:tcW w:w="4139" w:type="dxa"/>
            <w:shd w:val="clear" w:color="auto" w:fill="C6D9F1" w:themeFill="text2" w:themeFillTint="3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08F9CAA" w14:textId="77777777" w:rsidR="00BC3D46" w:rsidRPr="007012C3" w:rsidRDefault="00000000" w:rsidP="00FA3220">
            <w:pPr>
              <w:spacing w:after="0"/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</w:pP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t>Pavaldūs darbuotojai: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br/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br/>
              <w:t>• Ikimokyklinio ugdymo mokytojai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br/>
              <w:t>• Priešmokyklinio ugdymo mokytojai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br/>
              <w:t>• Neformaliojo ugdymo mokytojai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br/>
              <w:t>• Meninio ugdymo mokytojai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br/>
              <w:t>• Auklėtojų padėjėjai (pagal programas)</w:t>
            </w:r>
          </w:p>
        </w:tc>
        <w:tc>
          <w:tcPr>
            <w:tcW w:w="4139" w:type="dxa"/>
            <w:shd w:val="clear" w:color="auto" w:fill="C6D9F1" w:themeFill="text2" w:themeFillTint="3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079FAE1" w14:textId="77777777" w:rsidR="00BC3D46" w:rsidRPr="007012C3" w:rsidRDefault="00000000" w:rsidP="00FA3220">
            <w:pPr>
              <w:spacing w:after="0"/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</w:pP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shd w:val="clear" w:color="auto" w:fill="C6D9F1" w:themeFill="text2" w:themeFillTint="33"/>
                <w:lang w:val="lt-LT"/>
              </w:rPr>
              <w:t>Pavaldūs darbuotojai: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shd w:val="clear" w:color="auto" w:fill="C6D9F1" w:themeFill="text2" w:themeFillTint="33"/>
                <w:lang w:val="lt-LT"/>
              </w:rPr>
              <w:br/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shd w:val="clear" w:color="auto" w:fill="C6D9F1" w:themeFill="text2" w:themeFillTint="33"/>
                <w:lang w:val="lt-LT"/>
              </w:rPr>
              <w:br/>
              <w:t>• Pradinio ugdymo mokytojai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shd w:val="clear" w:color="auto" w:fill="C6D9F1" w:themeFill="text2" w:themeFillTint="33"/>
                <w:lang w:val="lt-LT"/>
              </w:rPr>
              <w:br/>
              <w:t>• Pailgintos dienos grupės auklėtojai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shd w:val="clear" w:color="auto" w:fill="C6D9F1" w:themeFill="text2" w:themeFillTint="33"/>
                <w:lang w:val="lt-LT"/>
              </w:rPr>
              <w:br/>
              <w:t>• Specialieji pedagogai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shd w:val="clear" w:color="auto" w:fill="C6D9F1" w:themeFill="text2" w:themeFillTint="33"/>
                <w:lang w:val="lt-LT"/>
              </w:rPr>
              <w:br/>
              <w:t>• Logopedai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shd w:val="clear" w:color="auto" w:fill="C6D9F1" w:themeFill="text2" w:themeFillTint="33"/>
                <w:lang w:val="lt-LT"/>
              </w:rPr>
              <w:br/>
              <w:t>• Socialiniai pedagogai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shd w:val="clear" w:color="auto" w:fill="C6D9F1" w:themeFill="text2" w:themeFillTint="33"/>
                <w:lang w:val="lt-LT"/>
              </w:rPr>
              <w:br/>
              <w:t>• Psichologai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shd w:val="clear" w:color="auto" w:fill="C6D9F1" w:themeFill="text2" w:themeFillTint="33"/>
                <w:lang w:val="lt-LT"/>
              </w:rPr>
              <w:br/>
              <w:t>• Mokytojų padėjėjai (pagal programas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t>)</w:t>
            </w:r>
          </w:p>
        </w:tc>
        <w:tc>
          <w:tcPr>
            <w:tcW w:w="4139" w:type="dxa"/>
            <w:shd w:val="clear" w:color="auto" w:fill="C6D9F1" w:themeFill="text2" w:themeFillTint="3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29A4A67" w14:textId="1CFEA0C9" w:rsidR="00BC3D46" w:rsidRPr="007012C3" w:rsidRDefault="00000000" w:rsidP="00FA3220">
            <w:pPr>
              <w:spacing w:after="0"/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</w:pP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shd w:val="clear" w:color="auto" w:fill="C6D9F1" w:themeFill="text2" w:themeFillTint="33"/>
                <w:lang w:val="lt-LT"/>
              </w:rPr>
              <w:t>Pavaldūs darbuotojai: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shd w:val="clear" w:color="auto" w:fill="C6D9F1" w:themeFill="text2" w:themeFillTint="33"/>
                <w:lang w:val="lt-LT"/>
              </w:rPr>
              <w:br/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shd w:val="clear" w:color="auto" w:fill="C6D9F1" w:themeFill="text2" w:themeFillTint="33"/>
                <w:lang w:val="lt-LT"/>
              </w:rPr>
              <w:br/>
              <w:t>• Pagrindinio ugdymo mokytojai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shd w:val="clear" w:color="auto" w:fill="C6D9F1" w:themeFill="text2" w:themeFillTint="33"/>
                <w:lang w:val="lt-LT"/>
              </w:rPr>
              <w:br/>
              <w:t>• Mokytojų padėjėjai (pagal programas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t>)</w:t>
            </w:r>
          </w:p>
        </w:tc>
        <w:tc>
          <w:tcPr>
            <w:tcW w:w="4447" w:type="dxa"/>
            <w:shd w:val="clear" w:color="auto" w:fill="C6D9F1" w:themeFill="text2" w:themeFillTint="3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42521E5" w14:textId="25439F6E" w:rsidR="00BC3D46" w:rsidRPr="007012C3" w:rsidRDefault="00000000" w:rsidP="00FA3220">
            <w:pPr>
              <w:spacing w:after="0"/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</w:pP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t>Pavaldūs darbuotojai: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br/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br/>
              <w:t>• Valgyklos vedėjai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br/>
              <w:t xml:space="preserve">• Virėjos </w:t>
            </w:r>
            <w:r w:rsidR="008E593F"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t>(pavaldūs valgyklos vedėjui)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br/>
              <w:t>• Virtuvės darbininkai</w:t>
            </w:r>
            <w:r w:rsidR="008E593F"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t xml:space="preserve"> (pavaldūs valgyklos vedėjui)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br/>
              <w:t>• Vairuotojai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br/>
              <w:t>• Darbininkai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br/>
              <w:t>• Katilinės operatori</w:t>
            </w:r>
            <w:r w:rsidR="009A4C86"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t>ai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br/>
              <w:t>• Valytojai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br/>
              <w:t>• Kiemo darbininkai</w:t>
            </w:r>
          </w:p>
        </w:tc>
        <w:tc>
          <w:tcPr>
            <w:tcW w:w="4454" w:type="dxa"/>
            <w:shd w:val="clear" w:color="auto" w:fill="C6D9F1" w:themeFill="text2" w:themeFillTint="33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EE1B440" w14:textId="5FC2DFD0" w:rsidR="003C3839" w:rsidRPr="007012C3" w:rsidRDefault="00FA3220" w:rsidP="009A4C86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</w:pP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t>• Personalo specialistas</w:t>
            </w:r>
          </w:p>
          <w:p w14:paraId="5D3B673E" w14:textId="73F1D846" w:rsidR="003C3839" w:rsidRPr="007012C3" w:rsidRDefault="00FA3220" w:rsidP="009A4C86">
            <w:pPr>
              <w:pStyle w:val="Betarp"/>
              <w:spacing w:line="276" w:lineRule="auto"/>
              <w:jc w:val="both"/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</w:pP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t>• Sekretorius</w:t>
            </w:r>
          </w:p>
          <w:p w14:paraId="0C95081E" w14:textId="2CB8980C" w:rsidR="003C3839" w:rsidRPr="007012C3" w:rsidRDefault="00FA3220" w:rsidP="009A4C86">
            <w:pPr>
              <w:spacing w:after="0"/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</w:pP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t>• Ūkvedys, atsakingas už IT sistemas ir procesus</w:t>
            </w:r>
          </w:p>
          <w:p w14:paraId="4B0A1521" w14:textId="23AA60B0" w:rsidR="003C3839" w:rsidRPr="007012C3" w:rsidRDefault="00FA3220" w:rsidP="009A4C86">
            <w:pPr>
              <w:spacing w:after="0"/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</w:pP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t>• Ūkvedys</w:t>
            </w:r>
            <w:r w:rsidR="009A4C86"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t>,</w:t>
            </w:r>
            <w:r w:rsid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t xml:space="preserve"> </w:t>
            </w: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t>atsakingas už viešuosius pirkimus ir sąskaitų administravimą</w:t>
            </w:r>
          </w:p>
          <w:p w14:paraId="1F9204D1" w14:textId="481BDA8C" w:rsidR="00BC3D46" w:rsidRPr="007012C3" w:rsidRDefault="00FA3220" w:rsidP="009A4C86">
            <w:pPr>
              <w:rPr>
                <w:lang w:val="lt-LT"/>
              </w:rPr>
            </w:pPr>
            <w:r w:rsidRPr="007012C3">
              <w:rPr>
                <w:rFonts w:ascii="Times New Roman" w:hAnsi="Times New Roman" w:cs="Times New Roman"/>
                <w:color w:val="244061" w:themeColor="accent1" w:themeShade="80"/>
                <w:sz w:val="24"/>
                <w:szCs w:val="24"/>
                <w:lang w:val="lt-LT"/>
              </w:rPr>
              <w:t>• Bibliotekininkai</w:t>
            </w:r>
          </w:p>
        </w:tc>
      </w:tr>
    </w:tbl>
    <w:p w14:paraId="17D57A8C" w14:textId="45F2AE6C" w:rsidR="00BC3D46" w:rsidRDefault="00BC3D46">
      <w:pPr>
        <w:spacing w:after="0"/>
        <w:jc w:val="center"/>
      </w:pPr>
    </w:p>
    <w:p w14:paraId="73CB0474" w14:textId="05EBE667" w:rsidR="00BC3D46" w:rsidRDefault="00BC3D46" w:rsidP="00F84A20">
      <w:pPr>
        <w:spacing w:after="0"/>
      </w:pPr>
    </w:p>
    <w:p w14:paraId="0EFD466E" w14:textId="77777777" w:rsidR="003C3839" w:rsidRDefault="003C3839" w:rsidP="00F84A20">
      <w:pPr>
        <w:spacing w:after="0"/>
      </w:pPr>
    </w:p>
    <w:p w14:paraId="4466ECEE" w14:textId="77777777" w:rsidR="003C3839" w:rsidRDefault="003C3839" w:rsidP="00F84A20">
      <w:pPr>
        <w:spacing w:after="0"/>
      </w:pPr>
    </w:p>
    <w:p w14:paraId="73FF9FC8" w14:textId="77777777" w:rsidR="003C3839" w:rsidRDefault="003C3839" w:rsidP="00F84A20">
      <w:pPr>
        <w:spacing w:after="0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536"/>
        <w:gridCol w:w="4536"/>
        <w:gridCol w:w="4536"/>
        <w:gridCol w:w="4536"/>
      </w:tblGrid>
      <w:tr w:rsidR="00BC3D46" w14:paraId="3EC20E76" w14:textId="77777777">
        <w:trPr>
          <w:jc w:val="center"/>
        </w:trPr>
        <w:tc>
          <w:tcPr>
            <w:tcW w:w="18144" w:type="dxa"/>
            <w:gridSpan w:val="4"/>
            <w:tcBorders>
              <w:top w:val="single" w:sz="8" w:space="0" w:color="0B3B73"/>
              <w:left w:val="single" w:sz="8" w:space="0" w:color="0B3B73"/>
              <w:bottom w:val="single" w:sz="8" w:space="0" w:color="0B3B73"/>
              <w:right w:val="single" w:sz="8" w:space="0" w:color="0B3B73"/>
            </w:tcBorders>
            <w:shd w:val="clear" w:color="auto" w:fill="0B3B73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E76CDCD" w14:textId="77777777" w:rsidR="00BC3D46" w:rsidRPr="003C383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839">
              <w:rPr>
                <w:rFonts w:ascii="Times New Roman" w:hAnsi="Times New Roman" w:cs="Times New Roman"/>
                <w:b/>
                <w:color w:val="FFFFFF"/>
                <w:sz w:val="24"/>
                <w:szCs w:val="24"/>
              </w:rPr>
              <w:t>MOKYKLOS SKYRIAI</w:t>
            </w:r>
          </w:p>
        </w:tc>
      </w:tr>
      <w:tr w:rsidR="00BC3D46" w14:paraId="587BE7E1" w14:textId="77777777">
        <w:trPr>
          <w:jc w:val="center"/>
        </w:trPr>
        <w:tc>
          <w:tcPr>
            <w:tcW w:w="4536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8FA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5B1884E" w14:textId="77777777" w:rsidR="00BC3D46" w:rsidRPr="003C383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839">
              <w:rPr>
                <w:rFonts w:ascii="Times New Roman" w:hAnsi="Times New Roman" w:cs="Times New Roman"/>
                <w:b/>
                <w:color w:val="1F2D3D"/>
                <w:sz w:val="24"/>
                <w:szCs w:val="24"/>
              </w:rPr>
              <w:t>Aukštelkės skyrius</w:t>
            </w:r>
          </w:p>
        </w:tc>
        <w:tc>
          <w:tcPr>
            <w:tcW w:w="4536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8FA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C6DE17" w14:textId="77777777" w:rsidR="00BC3D46" w:rsidRPr="003C383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839">
              <w:rPr>
                <w:rFonts w:ascii="Times New Roman" w:hAnsi="Times New Roman" w:cs="Times New Roman"/>
                <w:b/>
                <w:color w:val="1F2D3D"/>
                <w:sz w:val="24"/>
                <w:szCs w:val="24"/>
              </w:rPr>
              <w:t>Bazilionų skyrius</w:t>
            </w:r>
          </w:p>
        </w:tc>
        <w:tc>
          <w:tcPr>
            <w:tcW w:w="4536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8FA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6431CAE" w14:textId="77777777" w:rsidR="00BC3D46" w:rsidRPr="003C383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839">
              <w:rPr>
                <w:rFonts w:ascii="Times New Roman" w:hAnsi="Times New Roman" w:cs="Times New Roman"/>
                <w:b/>
                <w:color w:val="1F2D3D"/>
                <w:sz w:val="24"/>
                <w:szCs w:val="24"/>
              </w:rPr>
              <w:t>Bubių skyrius</w:t>
            </w:r>
          </w:p>
        </w:tc>
        <w:tc>
          <w:tcPr>
            <w:tcW w:w="4536" w:type="dxa"/>
            <w:tcBorders>
              <w:top w:val="single" w:sz="8" w:space="0" w:color="AAB7C4"/>
              <w:left w:val="single" w:sz="8" w:space="0" w:color="AAB7C4"/>
              <w:bottom w:val="single" w:sz="8" w:space="0" w:color="AAB7C4"/>
              <w:right w:val="single" w:sz="8" w:space="0" w:color="AAB7C4"/>
            </w:tcBorders>
            <w:shd w:val="clear" w:color="auto" w:fill="F8FAFC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B010A9" w14:textId="77777777" w:rsidR="00BC3D46" w:rsidRPr="003C383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839">
              <w:rPr>
                <w:rFonts w:ascii="Times New Roman" w:hAnsi="Times New Roman" w:cs="Times New Roman"/>
                <w:b/>
                <w:color w:val="1F2D3D"/>
                <w:sz w:val="24"/>
                <w:szCs w:val="24"/>
              </w:rPr>
              <w:t>Kurtuvėnų skyrius</w:t>
            </w:r>
          </w:p>
        </w:tc>
      </w:tr>
    </w:tbl>
    <w:p w14:paraId="247B7D54" w14:textId="30A1A5D5" w:rsidR="00BC3D46" w:rsidRDefault="00BC3D46" w:rsidP="003C3839">
      <w:pPr>
        <w:spacing w:before="40" w:after="0"/>
        <w:jc w:val="center"/>
      </w:pPr>
    </w:p>
    <w:p w14:paraId="52A936EE" w14:textId="77777777" w:rsidR="008E593F" w:rsidRDefault="008E593F" w:rsidP="003C3839">
      <w:pPr>
        <w:spacing w:before="40" w:after="0"/>
        <w:jc w:val="center"/>
      </w:pPr>
    </w:p>
    <w:p w14:paraId="132935DC" w14:textId="77777777" w:rsidR="00532A36" w:rsidRDefault="00532A36" w:rsidP="003C3839">
      <w:pPr>
        <w:spacing w:before="40" w:after="0"/>
        <w:jc w:val="center"/>
        <w:rPr>
          <w:b/>
          <w:bCs/>
        </w:rPr>
      </w:pPr>
    </w:p>
    <w:p w14:paraId="47AA3308" w14:textId="77777777" w:rsidR="00532A36" w:rsidRDefault="00532A36" w:rsidP="003C3839">
      <w:pPr>
        <w:spacing w:before="40" w:after="0"/>
        <w:jc w:val="center"/>
        <w:rPr>
          <w:b/>
          <w:bCs/>
        </w:rPr>
      </w:pPr>
    </w:p>
    <w:p w14:paraId="0049018F" w14:textId="77777777" w:rsidR="00532A36" w:rsidRPr="008E593F" w:rsidRDefault="00532A36" w:rsidP="003C3839">
      <w:pPr>
        <w:spacing w:before="40" w:after="0"/>
        <w:jc w:val="center"/>
        <w:rPr>
          <w:b/>
          <w:bCs/>
        </w:rPr>
      </w:pPr>
    </w:p>
    <w:sectPr w:rsidR="00532A36" w:rsidRPr="008E593F" w:rsidSect="00034616">
      <w:pgSz w:w="23811" w:h="16838" w:orient="landscape"/>
      <w:pgMar w:top="397" w:right="454" w:bottom="397" w:left="45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raassunumeriai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raassunumeriai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raassuenkleliai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raassuenkleliai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raassunumeriai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raassuenkleliai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AE51CE0"/>
    <w:multiLevelType w:val="hybridMultilevel"/>
    <w:tmpl w:val="75688C3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593782"/>
    <w:multiLevelType w:val="hybridMultilevel"/>
    <w:tmpl w:val="A56CC51A"/>
    <w:lvl w:ilvl="0" w:tplc="DBFAB62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5F557D1D"/>
    <w:multiLevelType w:val="hybridMultilevel"/>
    <w:tmpl w:val="36302194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A713AF"/>
    <w:multiLevelType w:val="hybridMultilevel"/>
    <w:tmpl w:val="98B6F40A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07055608">
    <w:abstractNumId w:val="8"/>
  </w:num>
  <w:num w:numId="2" w16cid:durableId="546261762">
    <w:abstractNumId w:val="6"/>
  </w:num>
  <w:num w:numId="3" w16cid:durableId="1551110404">
    <w:abstractNumId w:val="5"/>
  </w:num>
  <w:num w:numId="4" w16cid:durableId="451946360">
    <w:abstractNumId w:val="4"/>
  </w:num>
  <w:num w:numId="5" w16cid:durableId="1020274691">
    <w:abstractNumId w:val="7"/>
  </w:num>
  <w:num w:numId="6" w16cid:durableId="1829445802">
    <w:abstractNumId w:val="3"/>
  </w:num>
  <w:num w:numId="7" w16cid:durableId="1567955215">
    <w:abstractNumId w:val="2"/>
  </w:num>
  <w:num w:numId="8" w16cid:durableId="674845878">
    <w:abstractNumId w:val="1"/>
  </w:num>
  <w:num w:numId="9" w16cid:durableId="1019963626">
    <w:abstractNumId w:val="0"/>
  </w:num>
  <w:num w:numId="10" w16cid:durableId="1658343688">
    <w:abstractNumId w:val="12"/>
  </w:num>
  <w:num w:numId="11" w16cid:durableId="165288520">
    <w:abstractNumId w:val="11"/>
  </w:num>
  <w:num w:numId="12" w16cid:durableId="914321440">
    <w:abstractNumId w:val="9"/>
  </w:num>
  <w:num w:numId="13" w16cid:durableId="3708850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396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66F91"/>
    <w:rsid w:val="000D3B07"/>
    <w:rsid w:val="0015074B"/>
    <w:rsid w:val="0016483A"/>
    <w:rsid w:val="001A6BA2"/>
    <w:rsid w:val="002038DA"/>
    <w:rsid w:val="0029639D"/>
    <w:rsid w:val="00297E84"/>
    <w:rsid w:val="00325DD7"/>
    <w:rsid w:val="00326F90"/>
    <w:rsid w:val="003C3839"/>
    <w:rsid w:val="003E660B"/>
    <w:rsid w:val="00532A36"/>
    <w:rsid w:val="005B1E19"/>
    <w:rsid w:val="007012C3"/>
    <w:rsid w:val="008666E5"/>
    <w:rsid w:val="008E593F"/>
    <w:rsid w:val="009A4C86"/>
    <w:rsid w:val="009F0F4E"/>
    <w:rsid w:val="00A07874"/>
    <w:rsid w:val="00AA1D8D"/>
    <w:rsid w:val="00B47730"/>
    <w:rsid w:val="00B55F13"/>
    <w:rsid w:val="00BC3D46"/>
    <w:rsid w:val="00CB0664"/>
    <w:rsid w:val="00D42CBF"/>
    <w:rsid w:val="00D47FD9"/>
    <w:rsid w:val="00D77A5D"/>
    <w:rsid w:val="00F84A20"/>
    <w:rsid w:val="00FA322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70CF938"/>
  <w14:defaultImageDpi w14:val="300"/>
  <w15:docId w15:val="{C2A4BC81-C3E0-4A2B-9711-C4672E7DD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FC693F"/>
    <w:rPr>
      <w:rFonts w:ascii="Arial" w:hAnsi="Arial"/>
      <w:sz w:val="16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ntrat2">
    <w:name w:val="heading 2"/>
    <w:basedOn w:val="prastasis"/>
    <w:next w:val="prastasis"/>
    <w:link w:val="Antrat2Diagrama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ntrat3">
    <w:name w:val="heading 3"/>
    <w:basedOn w:val="prastasis"/>
    <w:next w:val="prastasis"/>
    <w:link w:val="Antrat3Diagrama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E618BF"/>
  </w:style>
  <w:style w:type="paragraph" w:styleId="Porat">
    <w:name w:val="footer"/>
    <w:basedOn w:val="prastasis"/>
    <w:link w:val="PoratDiagrama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rsid w:val="00E618BF"/>
  </w:style>
  <w:style w:type="paragraph" w:styleId="Betarp">
    <w:name w:val="No Spacing"/>
    <w:uiPriority w:val="1"/>
    <w:qFormat/>
    <w:rsid w:val="00FC693F"/>
    <w:pPr>
      <w:spacing w:after="0" w:line="240" w:lineRule="auto"/>
    </w:pPr>
  </w:style>
  <w:style w:type="character" w:customStyle="1" w:styleId="Antrat1Diagrama">
    <w:name w:val="Antraštė 1 Diagrama"/>
    <w:basedOn w:val="Numatytasispastraiposriftas"/>
    <w:link w:val="Antra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Antrat2Diagrama">
    <w:name w:val="Antraštė 2 Diagrama"/>
    <w:basedOn w:val="Numatytasispastraiposriftas"/>
    <w:link w:val="Antra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ntrat3Diagrama">
    <w:name w:val="Antraštė 3 Diagrama"/>
    <w:basedOn w:val="Numatytasispastraiposriftas"/>
    <w:link w:val="Antra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Sraopastraipa">
    <w:name w:val="List Paragraph"/>
    <w:basedOn w:val="prastasis"/>
    <w:uiPriority w:val="34"/>
    <w:qFormat/>
    <w:rsid w:val="00FC693F"/>
    <w:pPr>
      <w:ind w:left="720"/>
      <w:contextualSpacing/>
    </w:pPr>
  </w:style>
  <w:style w:type="paragraph" w:styleId="Pagrindinistekstas">
    <w:name w:val="Body Text"/>
    <w:basedOn w:val="prastasis"/>
    <w:link w:val="PagrindinistekstasDiagrama"/>
    <w:uiPriority w:val="99"/>
    <w:unhideWhenUsed/>
    <w:rsid w:val="00AA1D8D"/>
    <w:pPr>
      <w:spacing w:after="120"/>
    </w:pPr>
  </w:style>
  <w:style w:type="character" w:customStyle="1" w:styleId="PagrindinistekstasDiagrama">
    <w:name w:val="Pagrindinis tekstas Diagrama"/>
    <w:basedOn w:val="Numatytasispastraiposriftas"/>
    <w:link w:val="Pagrindinistekstas"/>
    <w:uiPriority w:val="99"/>
    <w:rsid w:val="00AA1D8D"/>
  </w:style>
  <w:style w:type="paragraph" w:styleId="Pagrindinistekstas2">
    <w:name w:val="Body Text 2"/>
    <w:basedOn w:val="prastasis"/>
    <w:link w:val="Pagrindinistekstas2Diagrama"/>
    <w:uiPriority w:val="99"/>
    <w:unhideWhenUsed/>
    <w:rsid w:val="00AA1D8D"/>
    <w:pPr>
      <w:spacing w:after="120" w:line="480" w:lineRule="auto"/>
    </w:pPr>
  </w:style>
  <w:style w:type="character" w:customStyle="1" w:styleId="Pagrindinistekstas2Diagrama">
    <w:name w:val="Pagrindinis tekstas 2 Diagrama"/>
    <w:basedOn w:val="Numatytasispastraiposriftas"/>
    <w:link w:val="Pagrindinistekstas2"/>
    <w:uiPriority w:val="99"/>
    <w:rsid w:val="00AA1D8D"/>
  </w:style>
  <w:style w:type="paragraph" w:styleId="Pagrindinistekstas3">
    <w:name w:val="Body Text 3"/>
    <w:basedOn w:val="prastasis"/>
    <w:link w:val="Pagrindinistekstas3Diagrama"/>
    <w:uiPriority w:val="99"/>
    <w:unhideWhenUsed/>
    <w:rsid w:val="00AA1D8D"/>
    <w:pPr>
      <w:spacing w:after="120"/>
    </w:pPr>
    <w:rPr>
      <w:szCs w:val="16"/>
    </w:rPr>
  </w:style>
  <w:style w:type="character" w:customStyle="1" w:styleId="Pagrindinistekstas3Diagrama">
    <w:name w:val="Pagrindinis tekstas 3 Diagrama"/>
    <w:basedOn w:val="Numatytasispastraiposriftas"/>
    <w:link w:val="Pagrindinistekstas3"/>
    <w:uiPriority w:val="99"/>
    <w:rsid w:val="00AA1D8D"/>
    <w:rPr>
      <w:sz w:val="16"/>
      <w:szCs w:val="16"/>
    </w:rPr>
  </w:style>
  <w:style w:type="paragraph" w:styleId="Sraas">
    <w:name w:val="List"/>
    <w:basedOn w:val="prastasis"/>
    <w:uiPriority w:val="99"/>
    <w:unhideWhenUsed/>
    <w:rsid w:val="00AA1D8D"/>
    <w:pPr>
      <w:ind w:left="360" w:hanging="360"/>
      <w:contextualSpacing/>
    </w:pPr>
  </w:style>
  <w:style w:type="paragraph" w:styleId="Sraas2">
    <w:name w:val="List 2"/>
    <w:basedOn w:val="prastasis"/>
    <w:uiPriority w:val="99"/>
    <w:unhideWhenUsed/>
    <w:rsid w:val="00326F90"/>
    <w:pPr>
      <w:ind w:left="720" w:hanging="360"/>
      <w:contextualSpacing/>
    </w:pPr>
  </w:style>
  <w:style w:type="paragraph" w:styleId="Sraas3">
    <w:name w:val="List 3"/>
    <w:basedOn w:val="prastasis"/>
    <w:uiPriority w:val="99"/>
    <w:unhideWhenUsed/>
    <w:rsid w:val="00326F90"/>
    <w:pPr>
      <w:ind w:left="1080" w:hanging="360"/>
      <w:contextualSpacing/>
    </w:pPr>
  </w:style>
  <w:style w:type="paragraph" w:styleId="Sraassuenkleliais">
    <w:name w:val="List Bullet"/>
    <w:basedOn w:val="prastasis"/>
    <w:uiPriority w:val="99"/>
    <w:unhideWhenUsed/>
    <w:rsid w:val="00326F90"/>
    <w:pPr>
      <w:numPr>
        <w:numId w:val="1"/>
      </w:numPr>
      <w:contextualSpacing/>
    </w:pPr>
  </w:style>
  <w:style w:type="paragraph" w:styleId="Sraassuenkleliais2">
    <w:name w:val="List Bullet 2"/>
    <w:basedOn w:val="prastasis"/>
    <w:uiPriority w:val="99"/>
    <w:unhideWhenUsed/>
    <w:rsid w:val="00326F90"/>
    <w:pPr>
      <w:numPr>
        <w:numId w:val="2"/>
      </w:numPr>
      <w:contextualSpacing/>
    </w:pPr>
  </w:style>
  <w:style w:type="paragraph" w:styleId="Sraassuenkleliais3">
    <w:name w:val="List Bullet 3"/>
    <w:basedOn w:val="prastasis"/>
    <w:uiPriority w:val="99"/>
    <w:unhideWhenUsed/>
    <w:rsid w:val="00326F90"/>
    <w:pPr>
      <w:numPr>
        <w:numId w:val="3"/>
      </w:numPr>
      <w:contextualSpacing/>
    </w:pPr>
  </w:style>
  <w:style w:type="paragraph" w:styleId="Sraassunumeriais">
    <w:name w:val="List Number"/>
    <w:basedOn w:val="prastasis"/>
    <w:uiPriority w:val="99"/>
    <w:unhideWhenUsed/>
    <w:rsid w:val="00326F90"/>
    <w:pPr>
      <w:numPr>
        <w:numId w:val="5"/>
      </w:numPr>
      <w:contextualSpacing/>
    </w:pPr>
  </w:style>
  <w:style w:type="paragraph" w:styleId="Sraassunumeriais2">
    <w:name w:val="List Number 2"/>
    <w:basedOn w:val="prastasis"/>
    <w:uiPriority w:val="99"/>
    <w:unhideWhenUsed/>
    <w:rsid w:val="0029639D"/>
    <w:pPr>
      <w:numPr>
        <w:numId w:val="6"/>
      </w:numPr>
      <w:contextualSpacing/>
    </w:pPr>
  </w:style>
  <w:style w:type="paragraph" w:styleId="Sraassunumeriais3">
    <w:name w:val="List Number 3"/>
    <w:basedOn w:val="prastasis"/>
    <w:uiPriority w:val="99"/>
    <w:unhideWhenUsed/>
    <w:rsid w:val="0029639D"/>
    <w:pPr>
      <w:numPr>
        <w:numId w:val="7"/>
      </w:numPr>
      <w:contextualSpacing/>
    </w:pPr>
  </w:style>
  <w:style w:type="paragraph" w:styleId="Sraotsinys">
    <w:name w:val="List Continue"/>
    <w:basedOn w:val="prastasis"/>
    <w:uiPriority w:val="99"/>
    <w:unhideWhenUsed/>
    <w:rsid w:val="0029639D"/>
    <w:pPr>
      <w:spacing w:after="120"/>
      <w:ind w:left="360"/>
      <w:contextualSpacing/>
    </w:pPr>
  </w:style>
  <w:style w:type="paragraph" w:styleId="Sraotsinys2">
    <w:name w:val="List Continue 2"/>
    <w:basedOn w:val="prastasis"/>
    <w:uiPriority w:val="99"/>
    <w:unhideWhenUsed/>
    <w:rsid w:val="0029639D"/>
    <w:pPr>
      <w:spacing w:after="120"/>
      <w:ind w:left="720"/>
      <w:contextualSpacing/>
    </w:pPr>
  </w:style>
  <w:style w:type="paragraph" w:styleId="Sraotsinys3">
    <w:name w:val="List Continue 3"/>
    <w:basedOn w:val="prastasis"/>
    <w:uiPriority w:val="99"/>
    <w:unhideWhenUsed/>
    <w:rsid w:val="0029639D"/>
    <w:pPr>
      <w:spacing w:after="120"/>
      <w:ind w:left="1080"/>
      <w:contextualSpacing/>
    </w:pPr>
  </w:style>
  <w:style w:type="paragraph" w:styleId="Makrokomandostekstas">
    <w:name w:val="macro"/>
    <w:link w:val="MakrokomandostekstasDiagrama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komandostekstasDiagrama">
    <w:name w:val="Makrokomandos tekstas Diagrama"/>
    <w:basedOn w:val="Numatytasispastraiposriftas"/>
    <w:link w:val="Makrokomandostekstas"/>
    <w:uiPriority w:val="99"/>
    <w:rsid w:val="0029639D"/>
    <w:rPr>
      <w:rFonts w:ascii="Courier" w:hAnsi="Courier"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FC693F"/>
    <w:rPr>
      <w:i/>
      <w:iCs/>
      <w:color w:val="000000" w:themeColor="text1"/>
    </w:rPr>
  </w:style>
  <w:style w:type="character" w:customStyle="1" w:styleId="CitataDiagrama">
    <w:name w:val="Citata Diagrama"/>
    <w:basedOn w:val="Numatytasispastraiposriftas"/>
    <w:link w:val="Citata"/>
    <w:uiPriority w:val="29"/>
    <w:rsid w:val="00FC693F"/>
    <w:rPr>
      <w:i/>
      <w:iCs/>
      <w:color w:val="000000" w:themeColor="text1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rietas">
    <w:name w:val="Strong"/>
    <w:basedOn w:val="Numatytasispastraiposriftas"/>
    <w:uiPriority w:val="22"/>
    <w:qFormat/>
    <w:rsid w:val="00FC693F"/>
    <w:rPr>
      <w:b/>
      <w:bCs/>
    </w:rPr>
  </w:style>
  <w:style w:type="character" w:styleId="Emfaz">
    <w:name w:val="Emphasis"/>
    <w:basedOn w:val="Numatytasispastraiposriftas"/>
    <w:uiPriority w:val="20"/>
    <w:qFormat/>
    <w:rsid w:val="00FC693F"/>
    <w:rPr>
      <w:i/>
      <w:iCs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FC693F"/>
    <w:rPr>
      <w:b/>
      <w:bCs/>
      <w:i/>
      <w:iCs/>
      <w:color w:val="4F81BD" w:themeColor="accent1"/>
    </w:rPr>
  </w:style>
  <w:style w:type="character" w:styleId="Nerykuspabraukimas">
    <w:name w:val="Subtle Emphasis"/>
    <w:basedOn w:val="Numatytasispastraiposriftas"/>
    <w:uiPriority w:val="19"/>
    <w:qFormat/>
    <w:rsid w:val="00FC693F"/>
    <w:rPr>
      <w:i/>
      <w:iCs/>
      <w:color w:val="808080" w:themeColor="text1" w:themeTint="7F"/>
    </w:rPr>
  </w:style>
  <w:style w:type="character" w:styleId="Rykuspabraukimas">
    <w:name w:val="Intense Emphasis"/>
    <w:basedOn w:val="Numatytasispastraiposriftas"/>
    <w:uiPriority w:val="21"/>
    <w:qFormat/>
    <w:rsid w:val="00FC693F"/>
    <w:rPr>
      <w:b/>
      <w:bCs/>
      <w:i/>
      <w:iCs/>
      <w:color w:val="4F81BD" w:themeColor="accent1"/>
    </w:rPr>
  </w:style>
  <w:style w:type="character" w:styleId="Nerykinuoroda">
    <w:name w:val="Subtle Reference"/>
    <w:basedOn w:val="Numatytasispastraiposriftas"/>
    <w:uiPriority w:val="31"/>
    <w:qFormat/>
    <w:rsid w:val="00FC693F"/>
    <w:rPr>
      <w:smallCaps/>
      <w:color w:val="C0504D" w:themeColor="accent2"/>
      <w:u w:val="single"/>
    </w:rPr>
  </w:style>
  <w:style w:type="character" w:styleId="Rykinuoroda">
    <w:name w:val="Intense Reference"/>
    <w:basedOn w:val="Numatytasispastraiposriftas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gospavadinimas">
    <w:name w:val="Book Title"/>
    <w:basedOn w:val="Numatytasispastraiposriftas"/>
    <w:uiPriority w:val="33"/>
    <w:qFormat/>
    <w:rsid w:val="00FC693F"/>
    <w:rPr>
      <w:b/>
      <w:bCs/>
      <w:smallCaps/>
      <w:spacing w:val="5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FC693F"/>
    <w:pPr>
      <w:outlineLvl w:val="9"/>
    </w:pPr>
  </w:style>
  <w:style w:type="table" w:styleId="Lentelstinklelis">
    <w:name w:val="Table Grid"/>
    <w:basedOn w:val="prastojilente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esusisspalvinimas">
    <w:name w:val="Light Shading"/>
    <w:basedOn w:val="prastojilente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esusspalvinimas1parykinimas">
    <w:name w:val="Light Shading Accent 1"/>
    <w:basedOn w:val="prastojilente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esusspalvinimas2parykinimas">
    <w:name w:val="Light Shading Accent 2"/>
    <w:basedOn w:val="prastojilente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esusspalvinimas3parykinimas">
    <w:name w:val="Light Shading Accent 3"/>
    <w:basedOn w:val="prastojilente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esusspalvinimas4parykinimas">
    <w:name w:val="Light Shading Accent 4"/>
    <w:basedOn w:val="prastojilente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esusspalvinimas5parykinimas">
    <w:name w:val="Light Shading Accent 5"/>
    <w:basedOn w:val="prastojilente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esusspalvinimas6parykinimas">
    <w:name w:val="Light Shading Accent 6"/>
    <w:basedOn w:val="prastojilente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esussraas">
    <w:name w:val="Light List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esussraas1parykinimas">
    <w:name w:val="Light List Accent 1"/>
    <w:basedOn w:val="prastojilente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esussraas2parykinimas">
    <w:name w:val="Light List Accent 2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esussraas3parykinimas">
    <w:name w:val="Light List Accent 3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esussraas4parykinimas">
    <w:name w:val="Light List Accent 4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esussraas5parykinimas">
    <w:name w:val="Light List Accent 5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esussraas6parykinimas">
    <w:name w:val="Light List Accent 6"/>
    <w:basedOn w:val="prastojilente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esustinklelis">
    <w:name w:val="Light Grid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esustinklelis1parykinimas">
    <w:name w:val="Light Grid Accent 1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esustinklelis2parykinimas">
    <w:name w:val="Light Grid Accent 2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esustinklelis3parykinimas">
    <w:name w:val="Light Grid Accent 3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esustinklelis4parykinimas">
    <w:name w:val="Light Grid Accent 4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esustinklelis5parykinimas">
    <w:name w:val="Light Grid Accent 5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esustinklelis6parykinimas">
    <w:name w:val="Light Grid Accent 6"/>
    <w:basedOn w:val="prastojilente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vidutinisspalvinimas">
    <w:name w:val="Medium Shading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1parykinimas">
    <w:name w:val="Medium Shading 1 Accent 1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2parykinimas">
    <w:name w:val="Medium Shading 1 Accent 2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3parykinimas">
    <w:name w:val="Medium Shading 1 Accent 3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4parykinimas">
    <w:name w:val="Medium Shading 1 Accent 4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5parykinimas">
    <w:name w:val="Medium Shading 1 Accent 5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vidutinisspalvinimas6parykinimas">
    <w:name w:val="Medium Shading 1 Accent 6"/>
    <w:basedOn w:val="prastojilente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vidutinisspalvinimas">
    <w:name w:val="Medium Shading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1parykinimas">
    <w:name w:val="Medium Shading 2 Accent 1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2parykinimas">
    <w:name w:val="Medium Shading 2 Accent 2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3parykinimas">
    <w:name w:val="Medium Shading 2 Accent 3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4parykinimas">
    <w:name w:val="Medium Shading 2 Accent 4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5parykinimas">
    <w:name w:val="Medium Shading 2 Accent 5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vidutinisspalvinimas6parykinimas">
    <w:name w:val="Medium Shading 2 Accent 6"/>
    <w:basedOn w:val="prastojilente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vidutinissraas">
    <w:name w:val="Medium Lis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vidutinissraas1parykinimas">
    <w:name w:val="Medium List 1 Accent 1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vidutinissraas2parykinimas">
    <w:name w:val="Medium List 1 Accent 2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vidutinissraas3parykinimas">
    <w:name w:val="Medium List 1 Accent 3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vidutinissraas4parykinimas">
    <w:name w:val="Medium List 1 Accent 4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vidutinissraas5parykinimas">
    <w:name w:val="Medium List 1 Accent 5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vidutinissraas6parykinimas">
    <w:name w:val="Medium List 1 Accent 6"/>
    <w:basedOn w:val="prastojilente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vidutinissraas">
    <w:name w:val="Medium Lis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1parykinimas">
    <w:name w:val="Medium List 2 Accent 1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2parykinimas">
    <w:name w:val="Medium List 2 Accent 2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3parykinimas">
    <w:name w:val="Medium List 2 Accent 3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4parykinimas">
    <w:name w:val="Medium List 2 Accent 4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5parykinimas">
    <w:name w:val="Medium List 2 Accent 5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vidutinissraas6parykinimas">
    <w:name w:val="Medium List 2 Accent 6"/>
    <w:basedOn w:val="prastojilente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vidutinistinklelis">
    <w:name w:val="Medium Grid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vidutinistinklelis1parykinimas">
    <w:name w:val="Medium Grid 1 Accent 1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vidutinistinklelis2parykinimas">
    <w:name w:val="Medium Grid 1 Accent 2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vidutinistinklelis3parykinimas">
    <w:name w:val="Medium Grid 1 Accent 3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vidutinistinklelis4parykinimas">
    <w:name w:val="Medium Grid 1 Accent 4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vidutinistinklelis5parykinimas">
    <w:name w:val="Medium Grid 1 Accent 5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vidutinistinklelis6parykinimas">
    <w:name w:val="Medium Grid 1 Accent 6"/>
    <w:basedOn w:val="prastojilente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vidutinistinklelis">
    <w:name w:val="Medium Grid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1parykinimas">
    <w:name w:val="Medium Grid 2 Accent 1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2parykinimas">
    <w:name w:val="Medium Grid 2 Accent 2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3parykinimas">
    <w:name w:val="Medium Grid 2 Accent 3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4parykinimas">
    <w:name w:val="Medium Grid 2 Accent 4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5parykinimas">
    <w:name w:val="Medium Grid 2 Accent 5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vidutinistinklelis6parykinimas">
    <w:name w:val="Medium Grid 2 Accent 6"/>
    <w:basedOn w:val="prastojilente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vidutinistinklelis">
    <w:name w:val="Medium Grid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vidutinistinklelis1parykinimas">
    <w:name w:val="Medium Grid 3 Accent 1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vidutinistinklelis2parykinimas">
    <w:name w:val="Medium Grid 3 Accent 2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vidutinistinklelis3parykinimas">
    <w:name w:val="Medium Grid 3 Accent 3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vidutinistinklelis4parykinimas">
    <w:name w:val="Medium Grid 3 Accent 4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vidutinistinklelis5parykinimas">
    <w:name w:val="Medium Grid 3 Accent 5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vidutinistinklelis6parykinimas">
    <w:name w:val="Medium Grid 3 Accent 6"/>
    <w:basedOn w:val="prastojilente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sussraas">
    <w:name w:val="Dark List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sussraas1parykinimas">
    <w:name w:val="Dark List Accent 1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sussraas2parykinimas">
    <w:name w:val="Dark List Accent 2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sussraas3parykinimas">
    <w:name w:val="Dark List Accent 3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sussraas4parykinimas">
    <w:name w:val="Dark List Accent 4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sussraas5parykinimas">
    <w:name w:val="Dark List Accent 5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sussraas6parykinimas">
    <w:name w:val="Dark List Accent 6"/>
    <w:basedOn w:val="prastojilente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palvotasspalvinimas">
    <w:name w:val="Colorful Shading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1parykinimas">
    <w:name w:val="Colorful Shading Accent 1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2parykinimas">
    <w:name w:val="Colorful Shading Accent 2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3parykinimas">
    <w:name w:val="Colorful Shading Accent 3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spalvinimas4parykinimas">
    <w:name w:val="Colorful Shading Accent 4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5parykinimas">
    <w:name w:val="Colorful Shading Accent 5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palvinimas6parykinimas">
    <w:name w:val="Colorful Shading Accent 6"/>
    <w:basedOn w:val="prastojilente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palvotassraas">
    <w:name w:val="Colorful List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palvotassraas1parykinimas">
    <w:name w:val="Colorful List Accent 1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palvotassraas2parykinimas">
    <w:name w:val="Colorful List Accent 2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palvotassraas3parykinimas">
    <w:name w:val="Colorful List Accent 3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palvotassraas4parykinimas">
    <w:name w:val="Colorful List Accent 4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palvotassraas5parykinimas">
    <w:name w:val="Colorful List Accent 5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palvotassraas6parykinimas">
    <w:name w:val="Colorful List Accent 6"/>
    <w:basedOn w:val="prastojilente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palvotastinklelis">
    <w:name w:val="Colorful Grid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palvotastinklelis1parykinimas">
    <w:name w:val="Colorful Grid Accent 1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palvotastinklelis2parykinimas">
    <w:name w:val="Colorful Grid Accent 2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palvotastinklelis3parykinimas">
    <w:name w:val="Colorful Grid Accent 3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palvotastinklelis4parykinimas">
    <w:name w:val="Colorful Grid Accent 4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palvotastinklelis5parykinimas">
    <w:name w:val="Colorful Grid Accent 5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palvotastinklelis6parykinimas">
    <w:name w:val="Colorful Grid Accent 6"/>
    <w:basedOn w:val="prastojilente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1549</Words>
  <Characters>884</Characters>
  <Application>Microsoft Office Word</Application>
  <DocSecurity>0</DocSecurity>
  <Lines>7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2429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Gintarė Rubikaitė</cp:lastModifiedBy>
  <cp:revision>2</cp:revision>
  <cp:lastPrinted>2026-08-19T04:59:00Z</cp:lastPrinted>
  <dcterms:created xsi:type="dcterms:W3CDTF">2026-10-05T07:43:00Z</dcterms:created>
  <dcterms:modified xsi:type="dcterms:W3CDTF">2026-10-05T07:43:00Z</dcterms:modified>
</cp:coreProperties>
</file>